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009D1" w14:textId="77777777" w:rsidR="00F67470" w:rsidRDefault="00F67470" w:rsidP="00F67470">
      <w:pPr>
        <w:spacing w:before="100" w:beforeAutospacing="1" w:after="100" w:afterAutospacing="1" w:line="240" w:lineRule="auto"/>
        <w:jc w:val="center"/>
        <w:rPr>
          <w:rFonts w:ascii="Times New Roman" w:eastAsia="Times New Roman" w:hAnsi="Times New Roman" w:cs="Times New Roman"/>
          <w:b/>
          <w:bCs/>
        </w:rPr>
      </w:pPr>
      <w:r>
        <w:rPr>
          <w:rFonts w:ascii="Times New Roman" w:eastAsia="Times New Roman" w:hAnsi="Times New Roman" w:cs="Times New Roman"/>
          <w:noProof/>
          <w:color w:val="000000"/>
        </w:rPr>
        <w:drawing>
          <wp:inline distT="0" distB="0" distL="0" distR="0" wp14:anchorId="0A9531C1" wp14:editId="18A25EBB">
            <wp:extent cx="660281" cy="724334"/>
            <wp:effectExtent l="0" t="0" r="0" b="0"/>
            <wp:docPr id="1674690212" name="image1.png" descr="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Logo&#10;&#10;AI-generated content may be incorrect."/>
                    <pic:cNvPicPr preferRelativeResize="0"/>
                  </pic:nvPicPr>
                  <pic:blipFill>
                    <a:blip r:embed="rId6"/>
                    <a:srcRect/>
                    <a:stretch>
                      <a:fillRect/>
                    </a:stretch>
                  </pic:blipFill>
                  <pic:spPr>
                    <a:xfrm>
                      <a:off x="0" y="0"/>
                      <a:ext cx="660281" cy="724334"/>
                    </a:xfrm>
                    <a:prstGeom prst="rect">
                      <a:avLst/>
                    </a:prstGeom>
                    <a:ln/>
                  </pic:spPr>
                </pic:pic>
              </a:graphicData>
            </a:graphic>
          </wp:inline>
        </w:drawing>
      </w:r>
    </w:p>
    <w:p w14:paraId="5C956885" w14:textId="77777777" w:rsidR="00F67470" w:rsidRPr="00F32AB9" w:rsidRDefault="00F67470" w:rsidP="00F32AB9">
      <w:pPr>
        <w:pBdr>
          <w:top w:val="nil"/>
          <w:left w:val="nil"/>
          <w:bottom w:val="nil"/>
          <w:right w:val="nil"/>
          <w:between w:val="nil"/>
        </w:pBdr>
        <w:tabs>
          <w:tab w:val="center" w:pos="4680"/>
          <w:tab w:val="right" w:pos="9360"/>
        </w:tabs>
        <w:spacing w:after="0" w:line="240" w:lineRule="auto"/>
        <w:jc w:val="center"/>
        <w:rPr>
          <w:rFonts w:ascii="Calibri" w:eastAsia="Calibri" w:hAnsi="Calibri" w:cs="Calibri"/>
          <w:b/>
          <w:color w:val="7030A0"/>
          <w:sz w:val="24"/>
          <w:szCs w:val="24"/>
        </w:rPr>
      </w:pPr>
      <w:r w:rsidRPr="00F32AB9">
        <w:rPr>
          <w:rFonts w:ascii="Calibri" w:eastAsia="Calibri" w:hAnsi="Calibri" w:cs="Calibri"/>
          <w:b/>
          <w:color w:val="7030A0"/>
          <w:sz w:val="24"/>
          <w:szCs w:val="24"/>
        </w:rPr>
        <w:t>FORWARD GIRLS’ LEADERSHIP ACADEMY: FOR GIRLS, FOR LIFE.</w:t>
      </w:r>
    </w:p>
    <w:p w14:paraId="6AD7AF19" w14:textId="77777777" w:rsidR="00F67470" w:rsidRDefault="00F67470" w:rsidP="00F32AB9">
      <w:pPr>
        <w:pBdr>
          <w:top w:val="nil"/>
          <w:left w:val="nil"/>
          <w:bottom w:val="nil"/>
          <w:right w:val="nil"/>
          <w:between w:val="nil"/>
        </w:pBdr>
        <w:tabs>
          <w:tab w:val="center" w:pos="4680"/>
          <w:tab w:val="right" w:pos="9360"/>
        </w:tabs>
        <w:spacing w:after="0" w:line="240" w:lineRule="auto"/>
        <w:jc w:val="center"/>
        <w:rPr>
          <w:color w:val="7030A0"/>
        </w:rPr>
      </w:pPr>
    </w:p>
    <w:p w14:paraId="6F654ACA" w14:textId="77777777" w:rsidR="00F67470" w:rsidRPr="00F32AB9" w:rsidRDefault="00F67470">
      <w:pPr>
        <w:rPr>
          <w:rFonts w:ascii="Times New Roman" w:hAnsi="Times New Roman" w:cs="Times New Roman"/>
          <w:sz w:val="24"/>
          <w:szCs w:val="24"/>
        </w:rPr>
      </w:pPr>
      <w:r w:rsidRPr="00F32AB9">
        <w:rPr>
          <w:rFonts w:ascii="Times New Roman" w:eastAsia="Times New Roman" w:hAnsi="Times New Roman" w:cs="Times New Roman"/>
          <w:b/>
          <w:bCs/>
          <w:sz w:val="24"/>
          <w:szCs w:val="24"/>
        </w:rPr>
        <w:t>F.O.R.W.A.R.D. Girls Leadership Academy</w:t>
      </w:r>
      <w:r w:rsidRPr="00F32AB9">
        <w:rPr>
          <w:rFonts w:ascii="Times New Roman" w:eastAsia="Times New Roman" w:hAnsi="Times New Roman" w:cs="Times New Roman"/>
          <w:sz w:val="24"/>
          <w:szCs w:val="24"/>
        </w:rPr>
        <w:br/>
      </w:r>
      <w:r w:rsidRPr="00F32AB9">
        <w:rPr>
          <w:rFonts w:ascii="Times New Roman" w:eastAsia="Times New Roman" w:hAnsi="Times New Roman" w:cs="Times New Roman"/>
          <w:b/>
          <w:bCs/>
          <w:sz w:val="24"/>
          <w:szCs w:val="24"/>
        </w:rPr>
        <w:t>Board of Directors Meeting Minutes</w:t>
      </w:r>
    </w:p>
    <w:p w14:paraId="59A08422" w14:textId="3E325C71" w:rsidR="004479C4" w:rsidRPr="004479C4" w:rsidRDefault="00F67470" w:rsidP="004479C4">
      <w:pPr>
        <w:shd w:val="clear" w:color="auto" w:fill="FFFFFF"/>
        <w:spacing w:after="0"/>
        <w:rPr>
          <w:rFonts w:ascii="Times New Roman" w:hAnsi="Times New Roman" w:cs="Times New Roman"/>
          <w:sz w:val="24"/>
          <w:szCs w:val="24"/>
        </w:rPr>
      </w:pPr>
      <w:r w:rsidRPr="00F32AB9">
        <w:rPr>
          <w:rFonts w:ascii="Times New Roman" w:hAnsi="Times New Roman" w:cs="Times New Roman"/>
          <w:b/>
          <w:sz w:val="24"/>
          <w:szCs w:val="24"/>
        </w:rPr>
        <w:t xml:space="preserve">Date: </w:t>
      </w:r>
      <w:r w:rsidR="00852A47" w:rsidRPr="00F32AB9">
        <w:rPr>
          <w:rFonts w:ascii="Times New Roman" w:hAnsi="Times New Roman" w:cs="Times New Roman"/>
          <w:sz w:val="24"/>
          <w:szCs w:val="24"/>
        </w:rPr>
        <w:t>Ju</w:t>
      </w:r>
      <w:r w:rsidR="004479C4">
        <w:rPr>
          <w:rFonts w:ascii="Times New Roman" w:hAnsi="Times New Roman" w:cs="Times New Roman"/>
          <w:sz w:val="24"/>
          <w:szCs w:val="24"/>
        </w:rPr>
        <w:t>ly 14</w:t>
      </w:r>
      <w:r w:rsidRPr="00F32AB9">
        <w:rPr>
          <w:rFonts w:ascii="Times New Roman" w:hAnsi="Times New Roman" w:cs="Times New Roman"/>
          <w:sz w:val="24"/>
          <w:szCs w:val="24"/>
        </w:rPr>
        <w:t>, 2026</w:t>
      </w:r>
      <w:r w:rsidRPr="00F32AB9">
        <w:rPr>
          <w:rFonts w:ascii="Times New Roman" w:hAnsi="Times New Roman" w:cs="Times New Roman"/>
          <w:sz w:val="24"/>
          <w:szCs w:val="24"/>
        </w:rPr>
        <w:br/>
      </w:r>
      <w:r w:rsidRPr="00F32AB9">
        <w:rPr>
          <w:rFonts w:ascii="Times New Roman" w:hAnsi="Times New Roman" w:cs="Times New Roman"/>
          <w:b/>
          <w:sz w:val="24"/>
          <w:szCs w:val="24"/>
        </w:rPr>
        <w:t xml:space="preserve">Time: </w:t>
      </w:r>
      <w:r w:rsidRPr="00F32AB9">
        <w:rPr>
          <w:rFonts w:ascii="Times New Roman" w:hAnsi="Times New Roman" w:cs="Times New Roman"/>
          <w:sz w:val="24"/>
          <w:szCs w:val="24"/>
        </w:rPr>
        <w:t>5:30 PM – 7:00 PM</w:t>
      </w:r>
      <w:r w:rsidRPr="00F32AB9">
        <w:rPr>
          <w:rFonts w:ascii="Times New Roman" w:hAnsi="Times New Roman" w:cs="Times New Roman"/>
          <w:sz w:val="24"/>
          <w:szCs w:val="24"/>
        </w:rPr>
        <w:br/>
      </w:r>
      <w:r w:rsidRPr="00F32AB9">
        <w:rPr>
          <w:rFonts w:ascii="Times New Roman" w:hAnsi="Times New Roman" w:cs="Times New Roman"/>
          <w:b/>
          <w:sz w:val="24"/>
          <w:szCs w:val="24"/>
        </w:rPr>
        <w:t xml:space="preserve">Location: </w:t>
      </w:r>
      <w:r w:rsidR="004479C4" w:rsidRPr="004479C4">
        <w:rPr>
          <w:rFonts w:ascii="Times New Roman" w:hAnsi="Times New Roman" w:cs="Times New Roman"/>
          <w:sz w:val="24"/>
          <w:szCs w:val="24"/>
        </w:rPr>
        <w:t>Beachwood Public Library</w:t>
      </w:r>
      <w:r w:rsidR="004479C4" w:rsidRPr="004479C4">
        <w:rPr>
          <w:rFonts w:ascii="Times New Roman" w:hAnsi="Times New Roman" w:cs="Times New Roman"/>
          <w:color w:val="000000" w:themeColor="text1"/>
          <w:sz w:val="24"/>
          <w:szCs w:val="24"/>
        </w:rPr>
        <w:t>-</w:t>
      </w:r>
      <w:r w:rsidR="004479C4" w:rsidRPr="004479C4">
        <w:rPr>
          <w:rFonts w:ascii="Roboto" w:hAnsi="Roboto"/>
          <w:color w:val="000000" w:themeColor="text1"/>
          <w:sz w:val="24"/>
          <w:szCs w:val="24"/>
          <w:shd w:val="clear" w:color="auto" w:fill="FFFFFF"/>
        </w:rPr>
        <w:t xml:space="preserve"> </w:t>
      </w:r>
      <w:hyperlink r:id="rId7" w:tgtFrame="_blank" w:history="1">
        <w:r w:rsidR="004479C4" w:rsidRPr="004479C4">
          <w:rPr>
            <w:rStyle w:val="Hyperlink"/>
            <w:rFonts w:ascii="Times New Roman" w:hAnsi="Times New Roman" w:cs="Times New Roman"/>
            <w:color w:val="000000" w:themeColor="text1"/>
            <w:sz w:val="24"/>
            <w:szCs w:val="24"/>
            <w:u w:val="none"/>
          </w:rPr>
          <w:t>25501 Shaker Blvd, Beachwood, OH 44122</w:t>
        </w:r>
      </w:hyperlink>
      <w:r w:rsidR="004479C4" w:rsidRPr="004479C4">
        <w:rPr>
          <w:rFonts w:ascii="Times New Roman" w:hAnsi="Times New Roman" w:cs="Times New Roman"/>
          <w:sz w:val="24"/>
          <w:szCs w:val="24"/>
        </w:rPr>
        <w:t> </w:t>
      </w:r>
    </w:p>
    <w:p w14:paraId="7DF9FD44" w14:textId="77777777" w:rsidR="004479C4" w:rsidRPr="004479C4" w:rsidRDefault="004479C4" w:rsidP="004479C4">
      <w:pPr>
        <w:shd w:val="clear" w:color="auto" w:fill="FFFFFF"/>
        <w:spacing w:after="0"/>
        <w:rPr>
          <w:rFonts w:ascii="Times New Roman" w:hAnsi="Times New Roman" w:cs="Times New Roman"/>
          <w:sz w:val="24"/>
          <w:szCs w:val="24"/>
        </w:rPr>
      </w:pPr>
      <w:r w:rsidRPr="004479C4">
        <w:rPr>
          <w:rFonts w:ascii="Times New Roman" w:hAnsi="Times New Roman" w:cs="Times New Roman"/>
          <w:sz w:val="24"/>
          <w:szCs w:val="24"/>
        </w:rPr>
        <w:tab/>
        <w:t xml:space="preserve">     </w:t>
      </w:r>
      <w:r w:rsidRPr="004479C4">
        <w:rPr>
          <w:rFonts w:ascii="Times New Roman" w:hAnsi="Times New Roman" w:cs="Times New Roman"/>
          <w:color w:val="222222"/>
          <w:sz w:val="24"/>
          <w:szCs w:val="24"/>
          <w:shd w:val="clear" w:color="auto" w:fill="FFFFFF"/>
        </w:rPr>
        <w:t>Meeting Room (B) (18)</w:t>
      </w:r>
    </w:p>
    <w:p w14:paraId="0E15D484" w14:textId="7A760FA3" w:rsidR="00C93E08" w:rsidRPr="00F32AB9" w:rsidRDefault="000705B3" w:rsidP="004479C4">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pict w14:anchorId="32B58A81">
          <v:rect id="_x0000_i1025" style="width:0;height:1.5pt" o:hralign="center" o:hrstd="t" o:hr="t" fillcolor="#a0a0a0" stroked="f"/>
        </w:pict>
      </w:r>
      <w:r w:rsidR="00F67470" w:rsidRPr="00F32AB9">
        <w:rPr>
          <w:rFonts w:ascii="Times New Roman" w:hAnsi="Times New Roman" w:cs="Times New Roman"/>
          <w:b/>
          <w:sz w:val="24"/>
          <w:szCs w:val="24"/>
        </w:rPr>
        <w:br/>
        <w:t>1. Call to Order &amp; Welcome</w:t>
      </w:r>
    </w:p>
    <w:p w14:paraId="7686747D" w14:textId="71F07AA2" w:rsidR="00C93E08" w:rsidRPr="00F32AB9" w:rsidRDefault="00F67470">
      <w:pPr>
        <w:rPr>
          <w:rFonts w:ascii="Times New Roman" w:hAnsi="Times New Roman" w:cs="Times New Roman"/>
          <w:sz w:val="24"/>
          <w:szCs w:val="24"/>
        </w:rPr>
      </w:pPr>
      <w:r w:rsidRPr="00F32AB9">
        <w:rPr>
          <w:rFonts w:ascii="Times New Roman" w:hAnsi="Times New Roman" w:cs="Times New Roman"/>
          <w:sz w:val="24"/>
          <w:szCs w:val="24"/>
        </w:rPr>
        <w:t>The meeting was called to order at 5:</w:t>
      </w:r>
      <w:r w:rsidR="00852A47" w:rsidRPr="00F32AB9">
        <w:rPr>
          <w:rFonts w:ascii="Times New Roman" w:hAnsi="Times New Roman" w:cs="Times New Roman"/>
          <w:sz w:val="24"/>
          <w:szCs w:val="24"/>
        </w:rPr>
        <w:t>4</w:t>
      </w:r>
      <w:r w:rsidR="004479C4">
        <w:rPr>
          <w:rFonts w:ascii="Times New Roman" w:hAnsi="Times New Roman" w:cs="Times New Roman"/>
          <w:sz w:val="24"/>
          <w:szCs w:val="24"/>
        </w:rPr>
        <w:t>0</w:t>
      </w:r>
      <w:r w:rsidRPr="00F32AB9">
        <w:rPr>
          <w:rFonts w:ascii="Times New Roman" w:hAnsi="Times New Roman" w:cs="Times New Roman"/>
          <w:sz w:val="24"/>
          <w:szCs w:val="24"/>
        </w:rPr>
        <w:t xml:space="preserve"> PM by </w:t>
      </w:r>
      <w:r w:rsidR="004479C4">
        <w:rPr>
          <w:rFonts w:ascii="Times New Roman" w:hAnsi="Times New Roman" w:cs="Times New Roman"/>
          <w:sz w:val="24"/>
          <w:szCs w:val="24"/>
        </w:rPr>
        <w:t>Dr. Lisa Bell, Board Chair</w:t>
      </w:r>
      <w:r w:rsidR="000705B3">
        <w:rPr>
          <w:rFonts w:ascii="Times New Roman" w:hAnsi="Times New Roman" w:cs="Times New Roman"/>
          <w:sz w:val="24"/>
          <w:szCs w:val="24"/>
        </w:rPr>
        <w:pict w14:anchorId="798F544C">
          <v:rect id="_x0000_i1026" style="width:0;height:1.5pt" o:hralign="center" o:hrstd="t" o:hr="t" fillcolor="#a0a0a0" stroked="f"/>
        </w:pict>
      </w:r>
      <w:r w:rsidRPr="00F32AB9">
        <w:rPr>
          <w:rFonts w:ascii="Times New Roman" w:hAnsi="Times New Roman" w:cs="Times New Roman"/>
          <w:b/>
          <w:sz w:val="24"/>
          <w:szCs w:val="24"/>
        </w:rPr>
        <w:br/>
        <w:t>2. Roll Call / Attendance</w:t>
      </w:r>
    </w:p>
    <w:p w14:paraId="1F2FC384" w14:textId="05CCD0C8" w:rsidR="00C93E08" w:rsidRPr="00F32AB9" w:rsidRDefault="00F67470">
      <w:pPr>
        <w:rPr>
          <w:rFonts w:ascii="Times New Roman" w:hAnsi="Times New Roman" w:cs="Times New Roman"/>
          <w:sz w:val="24"/>
          <w:szCs w:val="24"/>
        </w:rPr>
      </w:pPr>
      <w:r w:rsidRPr="00F32AB9">
        <w:rPr>
          <w:rFonts w:ascii="Times New Roman" w:hAnsi="Times New Roman" w:cs="Times New Roman"/>
          <w:sz w:val="24"/>
          <w:szCs w:val="24"/>
        </w:rPr>
        <w:t xml:space="preserve">Recorded by </w:t>
      </w:r>
      <w:r w:rsidR="00852A47" w:rsidRPr="00F32AB9">
        <w:rPr>
          <w:rFonts w:ascii="Times New Roman" w:hAnsi="Times New Roman" w:cs="Times New Roman"/>
          <w:sz w:val="24"/>
          <w:szCs w:val="24"/>
        </w:rPr>
        <w:t>Dr. Nakia M. Miller</w:t>
      </w:r>
      <w:r w:rsidRPr="00F32AB9">
        <w:rPr>
          <w:rFonts w:ascii="Times New Roman" w:hAnsi="Times New Roman" w:cs="Times New Roman"/>
          <w:sz w:val="24"/>
          <w:szCs w:val="24"/>
        </w:rPr>
        <w:t xml:space="preserve">, </w:t>
      </w:r>
      <w:r w:rsidR="00852A47" w:rsidRPr="00F32AB9">
        <w:rPr>
          <w:rFonts w:ascii="Times New Roman" w:hAnsi="Times New Roman" w:cs="Times New Roman"/>
          <w:sz w:val="24"/>
          <w:szCs w:val="24"/>
        </w:rPr>
        <w:t>Secretary</w:t>
      </w:r>
    </w:p>
    <w:p w14:paraId="066C6C35" w14:textId="629A336E" w:rsidR="00C93E08" w:rsidRPr="00F32AB9" w:rsidRDefault="00F67470">
      <w:pPr>
        <w:pStyle w:val="ListBullet"/>
        <w:rPr>
          <w:rFonts w:ascii="Times New Roman" w:hAnsi="Times New Roman" w:cs="Times New Roman"/>
          <w:sz w:val="24"/>
          <w:szCs w:val="24"/>
        </w:rPr>
      </w:pPr>
      <w:r w:rsidRPr="00F32AB9">
        <w:rPr>
          <w:rFonts w:ascii="Times New Roman" w:hAnsi="Times New Roman" w:cs="Times New Roman"/>
          <w:sz w:val="24"/>
          <w:szCs w:val="24"/>
        </w:rPr>
        <w:t>Dr. Luciana Gilmore</w:t>
      </w:r>
      <w:r w:rsidR="00B95A17" w:rsidRPr="00F32AB9">
        <w:rPr>
          <w:rFonts w:ascii="Times New Roman" w:hAnsi="Times New Roman" w:cs="Times New Roman"/>
          <w:sz w:val="24"/>
          <w:szCs w:val="24"/>
        </w:rPr>
        <w:t xml:space="preserve"> </w:t>
      </w:r>
    </w:p>
    <w:p w14:paraId="087FEB26" w14:textId="04E2D713" w:rsidR="00C93E08" w:rsidRPr="00F32AB9" w:rsidRDefault="00F67470">
      <w:pPr>
        <w:pStyle w:val="ListBullet"/>
        <w:rPr>
          <w:rFonts w:ascii="Times New Roman" w:hAnsi="Times New Roman" w:cs="Times New Roman"/>
          <w:sz w:val="24"/>
          <w:szCs w:val="24"/>
        </w:rPr>
      </w:pPr>
      <w:r w:rsidRPr="00F32AB9">
        <w:rPr>
          <w:rFonts w:ascii="Times New Roman" w:hAnsi="Times New Roman" w:cs="Times New Roman"/>
          <w:sz w:val="24"/>
          <w:szCs w:val="24"/>
        </w:rPr>
        <w:t>Dr. Lisa Bell</w:t>
      </w:r>
      <w:r w:rsidR="00852A47" w:rsidRPr="00F32AB9">
        <w:rPr>
          <w:rFonts w:ascii="Times New Roman" w:hAnsi="Times New Roman" w:cs="Times New Roman"/>
          <w:sz w:val="24"/>
          <w:szCs w:val="24"/>
        </w:rPr>
        <w:t xml:space="preserve"> </w:t>
      </w:r>
    </w:p>
    <w:p w14:paraId="1DE68D81" w14:textId="2A7300FA" w:rsidR="00C93E08" w:rsidRPr="004479C4" w:rsidRDefault="00F67470" w:rsidP="004479C4">
      <w:pPr>
        <w:pStyle w:val="ListBullet"/>
        <w:rPr>
          <w:rFonts w:ascii="Times New Roman" w:hAnsi="Times New Roman" w:cs="Times New Roman"/>
          <w:sz w:val="24"/>
          <w:szCs w:val="24"/>
        </w:rPr>
      </w:pPr>
      <w:r w:rsidRPr="00F32AB9">
        <w:rPr>
          <w:rFonts w:ascii="Times New Roman" w:hAnsi="Times New Roman" w:cs="Times New Roman"/>
          <w:sz w:val="24"/>
          <w:szCs w:val="24"/>
        </w:rPr>
        <w:t>Aaliyah Brown</w:t>
      </w:r>
    </w:p>
    <w:p w14:paraId="30CF4370" w14:textId="1AEED27C" w:rsidR="00C93E08" w:rsidRPr="00F32AB9" w:rsidRDefault="00F67470">
      <w:pPr>
        <w:pStyle w:val="ListBullet"/>
        <w:rPr>
          <w:rFonts w:ascii="Times New Roman" w:hAnsi="Times New Roman" w:cs="Times New Roman"/>
          <w:sz w:val="24"/>
          <w:szCs w:val="24"/>
        </w:rPr>
      </w:pPr>
      <w:r w:rsidRPr="00F32AB9">
        <w:rPr>
          <w:rFonts w:ascii="Times New Roman" w:hAnsi="Times New Roman" w:cs="Times New Roman"/>
          <w:sz w:val="24"/>
          <w:szCs w:val="24"/>
        </w:rPr>
        <w:t>Denine Goolsby</w:t>
      </w:r>
      <w:r w:rsidR="004479C4">
        <w:rPr>
          <w:rFonts w:ascii="Times New Roman" w:hAnsi="Times New Roman" w:cs="Times New Roman"/>
          <w:sz w:val="24"/>
          <w:szCs w:val="24"/>
        </w:rPr>
        <w:t xml:space="preserve"> (Excused Absence)</w:t>
      </w:r>
    </w:p>
    <w:p w14:paraId="1A5AF4A9" w14:textId="77777777" w:rsidR="00C93E08" w:rsidRPr="00F32AB9" w:rsidRDefault="00F67470">
      <w:pPr>
        <w:pStyle w:val="ListBullet"/>
        <w:rPr>
          <w:rFonts w:ascii="Times New Roman" w:hAnsi="Times New Roman" w:cs="Times New Roman"/>
          <w:sz w:val="24"/>
          <w:szCs w:val="24"/>
        </w:rPr>
      </w:pPr>
      <w:r w:rsidRPr="00F32AB9">
        <w:rPr>
          <w:rFonts w:ascii="Times New Roman" w:hAnsi="Times New Roman" w:cs="Times New Roman"/>
          <w:sz w:val="24"/>
          <w:szCs w:val="24"/>
        </w:rPr>
        <w:t>Kyle Cheeks</w:t>
      </w:r>
    </w:p>
    <w:p w14:paraId="2E68AA1F" w14:textId="77777777" w:rsidR="00C93E08" w:rsidRPr="00F32AB9" w:rsidRDefault="00F67470">
      <w:pPr>
        <w:pStyle w:val="ListBullet"/>
        <w:rPr>
          <w:rFonts w:ascii="Times New Roman" w:hAnsi="Times New Roman" w:cs="Times New Roman"/>
          <w:sz w:val="24"/>
          <w:szCs w:val="24"/>
        </w:rPr>
      </w:pPr>
      <w:r w:rsidRPr="00F32AB9">
        <w:rPr>
          <w:rFonts w:ascii="Times New Roman" w:hAnsi="Times New Roman" w:cs="Times New Roman"/>
          <w:sz w:val="24"/>
          <w:szCs w:val="24"/>
        </w:rPr>
        <w:t>Dr. Wendy Batch-Wilson</w:t>
      </w:r>
    </w:p>
    <w:p w14:paraId="00533FFB" w14:textId="35401A42" w:rsidR="00C93E08" w:rsidRPr="00F32AB9" w:rsidRDefault="00F67470">
      <w:pPr>
        <w:pStyle w:val="ListBullet"/>
        <w:rPr>
          <w:rFonts w:ascii="Times New Roman" w:hAnsi="Times New Roman" w:cs="Times New Roman"/>
          <w:sz w:val="24"/>
          <w:szCs w:val="24"/>
        </w:rPr>
      </w:pPr>
      <w:r w:rsidRPr="00F32AB9">
        <w:rPr>
          <w:rFonts w:ascii="Times New Roman" w:hAnsi="Times New Roman" w:cs="Times New Roman"/>
          <w:sz w:val="24"/>
          <w:szCs w:val="24"/>
        </w:rPr>
        <w:t>Tianna May</w:t>
      </w:r>
      <w:r w:rsidR="004543E0">
        <w:rPr>
          <w:rFonts w:ascii="Times New Roman" w:hAnsi="Times New Roman" w:cs="Times New Roman"/>
          <w:sz w:val="24"/>
          <w:szCs w:val="24"/>
        </w:rPr>
        <w:t>s</w:t>
      </w:r>
    </w:p>
    <w:p w14:paraId="14CA360F" w14:textId="7A291FBC" w:rsidR="00C93E08" w:rsidRPr="00F32AB9" w:rsidRDefault="00F67470">
      <w:pPr>
        <w:pStyle w:val="ListBullet"/>
        <w:rPr>
          <w:rFonts w:ascii="Times New Roman" w:hAnsi="Times New Roman" w:cs="Times New Roman"/>
          <w:sz w:val="24"/>
          <w:szCs w:val="24"/>
        </w:rPr>
      </w:pPr>
      <w:r w:rsidRPr="00F32AB9">
        <w:rPr>
          <w:rFonts w:ascii="Times New Roman" w:hAnsi="Times New Roman" w:cs="Times New Roman"/>
          <w:sz w:val="24"/>
          <w:szCs w:val="24"/>
        </w:rPr>
        <w:t>Tiffany Henderson</w:t>
      </w:r>
      <w:r w:rsidR="005D28A1">
        <w:rPr>
          <w:rFonts w:ascii="Times New Roman" w:hAnsi="Times New Roman" w:cs="Times New Roman"/>
          <w:sz w:val="24"/>
          <w:szCs w:val="24"/>
        </w:rPr>
        <w:t>, Esq.</w:t>
      </w:r>
    </w:p>
    <w:p w14:paraId="2C88A7EE" w14:textId="77777777" w:rsidR="00C93E08" w:rsidRPr="00F32AB9" w:rsidRDefault="00F67470">
      <w:pPr>
        <w:pStyle w:val="ListBullet"/>
        <w:rPr>
          <w:rFonts w:ascii="Times New Roman" w:hAnsi="Times New Roman" w:cs="Times New Roman"/>
          <w:sz w:val="24"/>
          <w:szCs w:val="24"/>
        </w:rPr>
      </w:pPr>
      <w:r w:rsidRPr="00F32AB9">
        <w:rPr>
          <w:rFonts w:ascii="Times New Roman" w:hAnsi="Times New Roman" w:cs="Times New Roman"/>
          <w:sz w:val="24"/>
          <w:szCs w:val="24"/>
        </w:rPr>
        <w:t>Candace Maiden</w:t>
      </w:r>
    </w:p>
    <w:p w14:paraId="119F2C70" w14:textId="5B59D1BD" w:rsidR="00C93E08" w:rsidRPr="00F32AB9" w:rsidRDefault="00F67470">
      <w:pPr>
        <w:pStyle w:val="ListBullet"/>
        <w:rPr>
          <w:rFonts w:ascii="Times New Roman" w:hAnsi="Times New Roman" w:cs="Times New Roman"/>
          <w:sz w:val="24"/>
          <w:szCs w:val="24"/>
        </w:rPr>
      </w:pPr>
      <w:r w:rsidRPr="00F32AB9">
        <w:rPr>
          <w:rFonts w:ascii="Times New Roman" w:hAnsi="Times New Roman" w:cs="Times New Roman"/>
          <w:sz w:val="24"/>
          <w:szCs w:val="24"/>
        </w:rPr>
        <w:t>Dr. T</w:t>
      </w:r>
      <w:r w:rsidR="0060456A">
        <w:rPr>
          <w:rFonts w:ascii="Times New Roman" w:hAnsi="Times New Roman" w:cs="Times New Roman"/>
          <w:sz w:val="24"/>
          <w:szCs w:val="24"/>
        </w:rPr>
        <w:t>errence</w:t>
      </w:r>
      <w:r w:rsidRPr="00F32AB9">
        <w:rPr>
          <w:rFonts w:ascii="Times New Roman" w:hAnsi="Times New Roman" w:cs="Times New Roman"/>
          <w:sz w:val="24"/>
          <w:szCs w:val="24"/>
        </w:rPr>
        <w:t xml:space="preserve"> Menefee</w:t>
      </w:r>
      <w:r w:rsidR="00B95A17" w:rsidRPr="00F32AB9">
        <w:rPr>
          <w:rFonts w:ascii="Times New Roman" w:hAnsi="Times New Roman" w:cs="Times New Roman"/>
          <w:sz w:val="24"/>
          <w:szCs w:val="24"/>
        </w:rPr>
        <w:t xml:space="preserve"> </w:t>
      </w:r>
    </w:p>
    <w:p w14:paraId="22787B9D" w14:textId="77777777" w:rsidR="00C93E08" w:rsidRPr="00F32AB9" w:rsidRDefault="00F67470">
      <w:pPr>
        <w:rPr>
          <w:rFonts w:ascii="Times New Roman" w:hAnsi="Times New Roman" w:cs="Times New Roman"/>
          <w:sz w:val="24"/>
          <w:szCs w:val="24"/>
        </w:rPr>
      </w:pPr>
      <w:r w:rsidRPr="00F32AB9">
        <w:rPr>
          <w:rFonts w:ascii="Times New Roman" w:hAnsi="Times New Roman" w:cs="Times New Roman"/>
          <w:b/>
          <w:sz w:val="24"/>
          <w:szCs w:val="24"/>
        </w:rPr>
        <w:br/>
        <w:t>3. Approval of Previous Minutes</w:t>
      </w:r>
    </w:p>
    <w:p w14:paraId="211EEED3" w14:textId="3036B14F" w:rsidR="00C93E08" w:rsidRPr="00F32AB9" w:rsidRDefault="00F67470">
      <w:pPr>
        <w:rPr>
          <w:rFonts w:ascii="Times New Roman" w:hAnsi="Times New Roman" w:cs="Times New Roman"/>
          <w:sz w:val="24"/>
          <w:szCs w:val="24"/>
        </w:rPr>
      </w:pPr>
      <w:r w:rsidRPr="00F32AB9">
        <w:rPr>
          <w:rFonts w:ascii="Times New Roman" w:hAnsi="Times New Roman" w:cs="Times New Roman"/>
          <w:sz w:val="24"/>
          <w:szCs w:val="24"/>
        </w:rPr>
        <w:t xml:space="preserve">Motion: </w:t>
      </w:r>
      <w:r w:rsidR="004479C4" w:rsidRPr="004479C4">
        <w:rPr>
          <w:rFonts w:ascii="Times New Roman" w:hAnsi="Times New Roman" w:cs="Times New Roman"/>
          <w:sz w:val="24"/>
          <w:szCs w:val="24"/>
        </w:rPr>
        <w:t>Dr. Wendy Batch-Wilson moved to approve the June 9 meeting minutes with corrections. The motion was seconded by Dr. Menefee. The corrected minutes were distributed on July 16.</w:t>
      </w:r>
    </w:p>
    <w:p w14:paraId="3ABCCDC0" w14:textId="77777777" w:rsidR="00C93E08" w:rsidRPr="00F32AB9" w:rsidRDefault="00F67470">
      <w:pPr>
        <w:rPr>
          <w:rFonts w:ascii="Times New Roman" w:hAnsi="Times New Roman" w:cs="Times New Roman"/>
          <w:sz w:val="24"/>
          <w:szCs w:val="24"/>
        </w:rPr>
      </w:pPr>
      <w:r w:rsidRPr="00F32AB9">
        <w:rPr>
          <w:rFonts w:ascii="Times New Roman" w:hAnsi="Times New Roman" w:cs="Times New Roman"/>
          <w:sz w:val="24"/>
          <w:szCs w:val="24"/>
        </w:rPr>
        <w:t>Status: Approved</w:t>
      </w:r>
    </w:p>
    <w:p w14:paraId="782E18F6" w14:textId="77777777" w:rsidR="00C93E08" w:rsidRPr="00F32AB9" w:rsidRDefault="00F67470">
      <w:pPr>
        <w:rPr>
          <w:rFonts w:ascii="Times New Roman" w:hAnsi="Times New Roman" w:cs="Times New Roman"/>
          <w:sz w:val="24"/>
          <w:szCs w:val="24"/>
        </w:rPr>
      </w:pPr>
      <w:r w:rsidRPr="00F32AB9">
        <w:rPr>
          <w:rFonts w:ascii="Times New Roman" w:hAnsi="Times New Roman" w:cs="Times New Roman"/>
          <w:b/>
          <w:sz w:val="24"/>
          <w:szCs w:val="24"/>
        </w:rPr>
        <w:lastRenderedPageBreak/>
        <w:br/>
        <w:t>4. Approval of Agenda</w:t>
      </w:r>
    </w:p>
    <w:p w14:paraId="1B8089E2" w14:textId="50F0FA18" w:rsidR="00C93E08" w:rsidRPr="00F32AB9" w:rsidRDefault="00F67470">
      <w:pPr>
        <w:rPr>
          <w:rFonts w:ascii="Times New Roman" w:hAnsi="Times New Roman" w:cs="Times New Roman"/>
          <w:sz w:val="24"/>
          <w:szCs w:val="24"/>
        </w:rPr>
      </w:pPr>
      <w:r w:rsidRPr="00F32AB9">
        <w:rPr>
          <w:rFonts w:ascii="Times New Roman" w:hAnsi="Times New Roman" w:cs="Times New Roman"/>
          <w:sz w:val="24"/>
          <w:szCs w:val="24"/>
        </w:rPr>
        <w:t xml:space="preserve">Motion: </w:t>
      </w:r>
      <w:r w:rsidR="00152375" w:rsidRPr="00F32AB9">
        <w:rPr>
          <w:rFonts w:ascii="Times New Roman" w:hAnsi="Times New Roman" w:cs="Times New Roman"/>
          <w:sz w:val="24"/>
          <w:szCs w:val="24"/>
        </w:rPr>
        <w:t>Dr. Wendy Batch-Wilson</w:t>
      </w:r>
    </w:p>
    <w:p w14:paraId="2D3667F6" w14:textId="72ADDB78" w:rsidR="00C93E08" w:rsidRPr="00F32AB9" w:rsidRDefault="00F67470">
      <w:pPr>
        <w:rPr>
          <w:rFonts w:ascii="Times New Roman" w:hAnsi="Times New Roman" w:cs="Times New Roman"/>
          <w:sz w:val="24"/>
          <w:szCs w:val="24"/>
        </w:rPr>
      </w:pPr>
      <w:r w:rsidRPr="00F32AB9">
        <w:rPr>
          <w:rFonts w:ascii="Times New Roman" w:hAnsi="Times New Roman" w:cs="Times New Roman"/>
          <w:sz w:val="24"/>
          <w:szCs w:val="24"/>
        </w:rPr>
        <w:t xml:space="preserve">Second: </w:t>
      </w:r>
      <w:r w:rsidR="00152375">
        <w:rPr>
          <w:rFonts w:ascii="Times New Roman" w:hAnsi="Times New Roman" w:cs="Times New Roman"/>
          <w:sz w:val="24"/>
          <w:szCs w:val="24"/>
        </w:rPr>
        <w:t>Candace Maiden</w:t>
      </w:r>
    </w:p>
    <w:p w14:paraId="1B3F1F70" w14:textId="77777777" w:rsidR="00C93E08" w:rsidRPr="00F32AB9" w:rsidRDefault="00F67470">
      <w:pPr>
        <w:rPr>
          <w:rFonts w:ascii="Times New Roman" w:hAnsi="Times New Roman" w:cs="Times New Roman"/>
          <w:sz w:val="24"/>
          <w:szCs w:val="24"/>
        </w:rPr>
      </w:pPr>
      <w:r w:rsidRPr="00F32AB9">
        <w:rPr>
          <w:rFonts w:ascii="Times New Roman" w:hAnsi="Times New Roman" w:cs="Times New Roman"/>
          <w:sz w:val="24"/>
          <w:szCs w:val="24"/>
        </w:rPr>
        <w:t>Status: Approved.</w:t>
      </w:r>
    </w:p>
    <w:p w14:paraId="5FA5C1B6" w14:textId="77777777" w:rsidR="00C93E08" w:rsidRPr="00F32AB9" w:rsidRDefault="000705B3">
      <w:pPr>
        <w:rPr>
          <w:rFonts w:ascii="Times New Roman" w:hAnsi="Times New Roman" w:cs="Times New Roman"/>
          <w:sz w:val="24"/>
          <w:szCs w:val="24"/>
        </w:rPr>
      </w:pPr>
      <w:r>
        <w:rPr>
          <w:rFonts w:ascii="Times New Roman" w:hAnsi="Times New Roman" w:cs="Times New Roman"/>
          <w:sz w:val="24"/>
          <w:szCs w:val="24"/>
        </w:rPr>
        <w:pict w14:anchorId="0AA1D4DC">
          <v:rect id="_x0000_i1027" style="width:0;height:1.5pt" o:hralign="center" o:hrstd="t" o:hr="t" fillcolor="#a0a0a0" stroked="f"/>
        </w:pict>
      </w:r>
      <w:r w:rsidR="00F67470" w:rsidRPr="00F32AB9">
        <w:rPr>
          <w:rFonts w:ascii="Times New Roman" w:hAnsi="Times New Roman" w:cs="Times New Roman"/>
          <w:b/>
          <w:sz w:val="24"/>
          <w:szCs w:val="24"/>
        </w:rPr>
        <w:br/>
        <w:t>5. CEO Updates</w:t>
      </w:r>
    </w:p>
    <w:p w14:paraId="75053B88" w14:textId="77777777" w:rsidR="00C93E08" w:rsidRPr="00F32AB9" w:rsidRDefault="00F67470">
      <w:pPr>
        <w:rPr>
          <w:rFonts w:ascii="Times New Roman" w:hAnsi="Times New Roman" w:cs="Times New Roman"/>
          <w:sz w:val="24"/>
          <w:szCs w:val="24"/>
        </w:rPr>
      </w:pPr>
      <w:r w:rsidRPr="00F32AB9">
        <w:rPr>
          <w:rFonts w:ascii="Times New Roman" w:hAnsi="Times New Roman" w:cs="Times New Roman"/>
          <w:b/>
          <w:sz w:val="24"/>
          <w:szCs w:val="24"/>
        </w:rPr>
        <w:t>Facilities Update</w:t>
      </w:r>
    </w:p>
    <w:p w14:paraId="482E17D6" w14:textId="77777777" w:rsidR="00E0799A" w:rsidRDefault="00E0799A" w:rsidP="000F2D74">
      <w:pPr>
        <w:pStyle w:val="ListBullet"/>
        <w:rPr>
          <w:rFonts w:ascii="Times New Roman" w:hAnsi="Times New Roman" w:cs="Times New Roman"/>
          <w:sz w:val="24"/>
          <w:szCs w:val="24"/>
        </w:rPr>
      </w:pPr>
      <w:r w:rsidRPr="00E0799A">
        <w:rPr>
          <w:rFonts w:ascii="Times New Roman" w:hAnsi="Times New Roman" w:cs="Times New Roman"/>
          <w:sz w:val="24"/>
          <w:szCs w:val="24"/>
        </w:rPr>
        <w:t xml:space="preserve">Building access was obtained on </w:t>
      </w:r>
      <w:r w:rsidRPr="001964CE">
        <w:rPr>
          <w:rFonts w:ascii="Times New Roman" w:hAnsi="Times New Roman" w:cs="Times New Roman"/>
          <w:sz w:val="24"/>
          <w:szCs w:val="24"/>
        </w:rPr>
        <w:t>July 6</w:t>
      </w:r>
      <w:r w:rsidRPr="00E0799A">
        <w:rPr>
          <w:rFonts w:ascii="Times New Roman" w:hAnsi="Times New Roman" w:cs="Times New Roman"/>
          <w:sz w:val="24"/>
          <w:szCs w:val="24"/>
        </w:rPr>
        <w:t>.</w:t>
      </w:r>
    </w:p>
    <w:p w14:paraId="6E0E133B" w14:textId="77777777" w:rsidR="00CF50D2" w:rsidRDefault="00CF50D2" w:rsidP="00E0799A">
      <w:pPr>
        <w:pStyle w:val="ListBullet"/>
        <w:rPr>
          <w:rFonts w:ascii="Times New Roman" w:hAnsi="Times New Roman" w:cs="Times New Roman"/>
          <w:sz w:val="24"/>
          <w:szCs w:val="24"/>
        </w:rPr>
      </w:pPr>
      <w:r w:rsidRPr="00CF50D2">
        <w:rPr>
          <w:rFonts w:ascii="Times New Roman" w:hAnsi="Times New Roman" w:cs="Times New Roman"/>
          <w:sz w:val="24"/>
          <w:szCs w:val="24"/>
        </w:rPr>
        <w:t>An exterminator treated the building as a proactive measure related to the previous tenant. The service was paid for by the property owner, New Point.</w:t>
      </w:r>
    </w:p>
    <w:p w14:paraId="52CF75C3" w14:textId="55BA7B03" w:rsidR="00E0799A" w:rsidRPr="00E0799A" w:rsidRDefault="00E0799A" w:rsidP="00E0799A">
      <w:pPr>
        <w:pStyle w:val="ListBullet"/>
        <w:rPr>
          <w:rFonts w:ascii="Times New Roman" w:hAnsi="Times New Roman" w:cs="Times New Roman"/>
          <w:sz w:val="24"/>
          <w:szCs w:val="24"/>
        </w:rPr>
      </w:pPr>
      <w:r w:rsidRPr="00E0799A">
        <w:rPr>
          <w:rFonts w:ascii="Times New Roman" w:hAnsi="Times New Roman" w:cs="Times New Roman"/>
          <w:sz w:val="24"/>
          <w:szCs w:val="24"/>
        </w:rPr>
        <w:t xml:space="preserve">Follow-up treatments are scheduled for </w:t>
      </w:r>
      <w:r w:rsidRPr="001964CE">
        <w:rPr>
          <w:rFonts w:ascii="Times New Roman" w:hAnsi="Times New Roman" w:cs="Times New Roman"/>
          <w:sz w:val="24"/>
          <w:szCs w:val="24"/>
        </w:rPr>
        <w:t>July 24</w:t>
      </w:r>
      <w:r w:rsidRPr="00E0799A">
        <w:rPr>
          <w:rFonts w:ascii="Times New Roman" w:hAnsi="Times New Roman" w:cs="Times New Roman"/>
          <w:sz w:val="24"/>
          <w:szCs w:val="24"/>
        </w:rPr>
        <w:t xml:space="preserve"> and </w:t>
      </w:r>
      <w:r w:rsidRPr="001964CE">
        <w:rPr>
          <w:rFonts w:ascii="Times New Roman" w:hAnsi="Times New Roman" w:cs="Times New Roman"/>
          <w:sz w:val="24"/>
          <w:szCs w:val="24"/>
        </w:rPr>
        <w:t>August 7</w:t>
      </w:r>
      <w:r w:rsidRPr="00E0799A">
        <w:rPr>
          <w:rFonts w:ascii="Times New Roman" w:hAnsi="Times New Roman" w:cs="Times New Roman"/>
          <w:sz w:val="24"/>
          <w:szCs w:val="24"/>
        </w:rPr>
        <w:t xml:space="preserve">. After those visits, the school will assume the cost of monthly extermination services. </w:t>
      </w:r>
    </w:p>
    <w:p w14:paraId="120925AB" w14:textId="0D9EDD92" w:rsidR="00772FDD" w:rsidRDefault="00E0799A" w:rsidP="00E0799A">
      <w:pPr>
        <w:pStyle w:val="ListBullet"/>
        <w:rPr>
          <w:rFonts w:ascii="Times New Roman" w:hAnsi="Times New Roman" w:cs="Times New Roman"/>
          <w:sz w:val="24"/>
          <w:szCs w:val="24"/>
        </w:rPr>
      </w:pPr>
      <w:r w:rsidRPr="00E0799A">
        <w:rPr>
          <w:rFonts w:ascii="Times New Roman" w:hAnsi="Times New Roman" w:cs="Times New Roman"/>
          <w:sz w:val="24"/>
          <w:szCs w:val="24"/>
        </w:rPr>
        <w:t>Some structural damage has been identified.</w:t>
      </w:r>
    </w:p>
    <w:p w14:paraId="622CDEE8" w14:textId="52738963" w:rsidR="00E0799A" w:rsidRPr="00E0799A" w:rsidRDefault="00E0799A" w:rsidP="00E0799A">
      <w:pPr>
        <w:pStyle w:val="ListBullet"/>
        <w:rPr>
          <w:rFonts w:ascii="Times New Roman" w:hAnsi="Times New Roman" w:cs="Times New Roman"/>
          <w:sz w:val="24"/>
          <w:szCs w:val="24"/>
        </w:rPr>
      </w:pPr>
      <w:r w:rsidRPr="00E0799A">
        <w:rPr>
          <w:rFonts w:ascii="Times New Roman" w:hAnsi="Times New Roman" w:cs="Times New Roman"/>
          <w:sz w:val="24"/>
          <w:szCs w:val="24"/>
        </w:rPr>
        <w:t xml:space="preserve">The vacant lot adjacent to the school presents an increased risk for rodent activity and requires attention. </w:t>
      </w:r>
    </w:p>
    <w:p w14:paraId="7747BA37" w14:textId="0E645AF6" w:rsidR="00E0799A" w:rsidRDefault="00E0799A" w:rsidP="00E0799A">
      <w:pPr>
        <w:pStyle w:val="ListBullet"/>
        <w:rPr>
          <w:rFonts w:ascii="Times New Roman" w:hAnsi="Times New Roman" w:cs="Times New Roman"/>
          <w:sz w:val="24"/>
          <w:szCs w:val="24"/>
        </w:rPr>
      </w:pPr>
      <w:r w:rsidRPr="00E0799A">
        <w:rPr>
          <w:rFonts w:ascii="Times New Roman" w:hAnsi="Times New Roman" w:cs="Times New Roman"/>
          <w:sz w:val="24"/>
          <w:szCs w:val="24"/>
        </w:rPr>
        <w:t>Kevin L. Bishop serves as the Ward 2 councilman. Dr. Menefee will contact him regarding concerns with the adjacent vacant lot and assistance with the elevator issue.</w:t>
      </w:r>
    </w:p>
    <w:p w14:paraId="7EEA35DE" w14:textId="04EB2F62" w:rsidR="00C93E08" w:rsidRDefault="00E0799A" w:rsidP="00E0799A">
      <w:pPr>
        <w:pStyle w:val="ListBullet"/>
        <w:tabs>
          <w:tab w:val="clear" w:pos="1440"/>
        </w:tabs>
        <w:rPr>
          <w:rFonts w:ascii="Times New Roman" w:hAnsi="Times New Roman" w:cs="Times New Roman"/>
          <w:sz w:val="24"/>
          <w:szCs w:val="24"/>
        </w:rPr>
      </w:pPr>
      <w:r w:rsidRPr="00E0799A">
        <w:rPr>
          <w:rFonts w:ascii="Times New Roman" w:hAnsi="Times New Roman" w:cs="Times New Roman"/>
          <w:sz w:val="24"/>
          <w:szCs w:val="24"/>
        </w:rPr>
        <w:t>The building's elevator is currently nonfunctional and has been decommissioned by the city. Council support will be needed to expedite the approval process before the school opens.</w:t>
      </w:r>
    </w:p>
    <w:p w14:paraId="79B94649" w14:textId="2CCDEC77" w:rsidR="004B0E2C" w:rsidRDefault="004B0E2C" w:rsidP="00E0799A">
      <w:pPr>
        <w:pStyle w:val="ListBullet"/>
        <w:tabs>
          <w:tab w:val="clear" w:pos="1440"/>
        </w:tabs>
        <w:rPr>
          <w:rFonts w:ascii="Times New Roman" w:hAnsi="Times New Roman" w:cs="Times New Roman"/>
          <w:sz w:val="24"/>
          <w:szCs w:val="24"/>
        </w:rPr>
      </w:pPr>
      <w:r w:rsidRPr="004B0E2C">
        <w:rPr>
          <w:rFonts w:ascii="Times New Roman" w:hAnsi="Times New Roman" w:cs="Times New Roman"/>
          <w:sz w:val="24"/>
          <w:szCs w:val="24"/>
        </w:rPr>
        <w:t>Diamond Construction is the contractor currently performing the building renovations.</w:t>
      </w:r>
    </w:p>
    <w:p w14:paraId="44395CAC" w14:textId="3E17933F" w:rsidR="00DA396D" w:rsidRPr="00E0799A" w:rsidRDefault="00DA396D" w:rsidP="00E0799A">
      <w:pPr>
        <w:pStyle w:val="ListBullet"/>
        <w:tabs>
          <w:tab w:val="clear" w:pos="1440"/>
        </w:tabs>
        <w:rPr>
          <w:rFonts w:ascii="Times New Roman" w:hAnsi="Times New Roman" w:cs="Times New Roman"/>
          <w:sz w:val="24"/>
          <w:szCs w:val="24"/>
        </w:rPr>
      </w:pPr>
      <w:r w:rsidRPr="00DA396D">
        <w:rPr>
          <w:rFonts w:ascii="Times New Roman" w:hAnsi="Times New Roman" w:cs="Times New Roman"/>
          <w:sz w:val="24"/>
          <w:szCs w:val="24"/>
        </w:rPr>
        <w:t>The building's elevator is currently out of service. The City of Cleveland must inspect, recertify, and return the elevator to operational status before it can be placed back into service, ensuring it meets all applicable safety and operational requirements.</w:t>
      </w:r>
    </w:p>
    <w:p w14:paraId="7A218480" w14:textId="0911D667" w:rsidR="00C93E08" w:rsidRPr="00F32AB9" w:rsidRDefault="001964CE">
      <w:pPr>
        <w:rPr>
          <w:rFonts w:ascii="Times New Roman" w:hAnsi="Times New Roman" w:cs="Times New Roman"/>
          <w:sz w:val="24"/>
          <w:szCs w:val="24"/>
        </w:rPr>
      </w:pPr>
      <w:r w:rsidRPr="00F32AB9">
        <w:rPr>
          <w:rFonts w:ascii="Times New Roman" w:hAnsi="Times New Roman" w:cs="Times New Roman"/>
          <w:b/>
          <w:sz w:val="24"/>
          <w:szCs w:val="24"/>
        </w:rPr>
        <w:t>Purchasing Update</w:t>
      </w:r>
    </w:p>
    <w:p w14:paraId="7A235065" w14:textId="1E3C68FA" w:rsidR="001964CE" w:rsidRPr="001964CE" w:rsidRDefault="001964CE" w:rsidP="001964CE">
      <w:pPr>
        <w:pStyle w:val="ListBullet"/>
        <w:tabs>
          <w:tab w:val="clear" w:pos="1440"/>
        </w:tabs>
        <w:rPr>
          <w:rFonts w:ascii="Times New Roman" w:hAnsi="Times New Roman" w:cs="Times New Roman"/>
          <w:sz w:val="24"/>
          <w:szCs w:val="24"/>
        </w:rPr>
      </w:pPr>
      <w:r w:rsidRPr="001964CE">
        <w:rPr>
          <w:rFonts w:ascii="Times New Roman" w:hAnsi="Times New Roman" w:cs="Times New Roman"/>
          <w:sz w:val="24"/>
          <w:szCs w:val="24"/>
        </w:rPr>
        <w:t xml:space="preserve">Service carts for the lunchroom have been ordered. </w:t>
      </w:r>
    </w:p>
    <w:p w14:paraId="37D029FA" w14:textId="478A4315" w:rsidR="001964CE" w:rsidRPr="001964CE" w:rsidRDefault="001964CE" w:rsidP="001964CE">
      <w:pPr>
        <w:pStyle w:val="ListBullet"/>
        <w:tabs>
          <w:tab w:val="clear" w:pos="1440"/>
        </w:tabs>
        <w:rPr>
          <w:rFonts w:ascii="Times New Roman" w:hAnsi="Times New Roman" w:cs="Times New Roman"/>
          <w:sz w:val="24"/>
          <w:szCs w:val="24"/>
        </w:rPr>
      </w:pPr>
      <w:r w:rsidRPr="001964CE">
        <w:rPr>
          <w:rFonts w:ascii="Times New Roman" w:hAnsi="Times New Roman" w:cs="Times New Roman"/>
          <w:sz w:val="24"/>
          <w:szCs w:val="24"/>
        </w:rPr>
        <w:t xml:space="preserve">Science lab equipment has been ordered. </w:t>
      </w:r>
    </w:p>
    <w:p w14:paraId="47E73C41" w14:textId="24720E07" w:rsidR="001964CE" w:rsidRPr="001964CE" w:rsidRDefault="001964CE" w:rsidP="001964CE">
      <w:pPr>
        <w:pStyle w:val="ListBullet"/>
        <w:tabs>
          <w:tab w:val="clear" w:pos="1440"/>
        </w:tabs>
        <w:rPr>
          <w:rFonts w:ascii="Times New Roman" w:hAnsi="Times New Roman" w:cs="Times New Roman"/>
          <w:sz w:val="24"/>
          <w:szCs w:val="24"/>
        </w:rPr>
      </w:pPr>
      <w:r w:rsidRPr="001964CE">
        <w:rPr>
          <w:rFonts w:ascii="Times New Roman" w:hAnsi="Times New Roman" w:cs="Times New Roman"/>
          <w:sz w:val="24"/>
          <w:szCs w:val="24"/>
        </w:rPr>
        <w:t xml:space="preserve">Kitchen serving carts are still needed. </w:t>
      </w:r>
    </w:p>
    <w:p w14:paraId="0CFF5AB0" w14:textId="7356601D" w:rsidR="001964CE" w:rsidRPr="001964CE" w:rsidRDefault="001964CE" w:rsidP="001964CE">
      <w:pPr>
        <w:pStyle w:val="ListBullet"/>
        <w:tabs>
          <w:tab w:val="clear" w:pos="1440"/>
        </w:tabs>
        <w:rPr>
          <w:rFonts w:ascii="Times New Roman" w:hAnsi="Times New Roman" w:cs="Times New Roman"/>
          <w:sz w:val="24"/>
          <w:szCs w:val="24"/>
        </w:rPr>
      </w:pPr>
      <w:r w:rsidRPr="001964CE">
        <w:rPr>
          <w:rFonts w:ascii="Times New Roman" w:hAnsi="Times New Roman" w:cs="Times New Roman"/>
          <w:sz w:val="24"/>
          <w:szCs w:val="24"/>
        </w:rPr>
        <w:t xml:space="preserve">A lunch vendor has not yet been secured, as no vendors currently identified are able to provide service for a student population of fewer than 100 students. </w:t>
      </w:r>
    </w:p>
    <w:p w14:paraId="0302F640" w14:textId="1DFA53E0" w:rsidR="00C627C9" w:rsidRDefault="001964CE" w:rsidP="00C627C9">
      <w:pPr>
        <w:pStyle w:val="ListBullet"/>
        <w:rPr>
          <w:rFonts w:ascii="Times New Roman" w:hAnsi="Times New Roman" w:cs="Times New Roman"/>
          <w:sz w:val="24"/>
          <w:szCs w:val="24"/>
        </w:rPr>
      </w:pPr>
      <w:r w:rsidRPr="001964CE">
        <w:rPr>
          <w:rFonts w:ascii="Times New Roman" w:hAnsi="Times New Roman" w:cs="Times New Roman"/>
          <w:sz w:val="24"/>
          <w:szCs w:val="24"/>
        </w:rPr>
        <w:t>Cafeteria staff have not yet been hired.</w:t>
      </w:r>
    </w:p>
    <w:p w14:paraId="27CEBA61" w14:textId="77777777" w:rsidR="00C627C9" w:rsidRDefault="00C627C9" w:rsidP="00C627C9">
      <w:pPr>
        <w:pStyle w:val="ListBullet"/>
        <w:numPr>
          <w:ilvl w:val="0"/>
          <w:numId w:val="0"/>
        </w:numPr>
        <w:ind w:left="360"/>
        <w:rPr>
          <w:rFonts w:ascii="Times New Roman" w:hAnsi="Times New Roman" w:cs="Times New Roman"/>
          <w:sz w:val="24"/>
          <w:szCs w:val="24"/>
        </w:rPr>
      </w:pPr>
    </w:p>
    <w:p w14:paraId="25FBAFA1" w14:textId="77777777" w:rsidR="00C627C9" w:rsidRDefault="00C627C9" w:rsidP="00C627C9">
      <w:pPr>
        <w:pStyle w:val="ListBullet"/>
        <w:numPr>
          <w:ilvl w:val="0"/>
          <w:numId w:val="0"/>
        </w:numPr>
        <w:ind w:left="360"/>
        <w:rPr>
          <w:rFonts w:ascii="Times New Roman" w:hAnsi="Times New Roman" w:cs="Times New Roman"/>
          <w:sz w:val="24"/>
          <w:szCs w:val="24"/>
        </w:rPr>
      </w:pPr>
    </w:p>
    <w:p w14:paraId="24043446" w14:textId="77777777" w:rsidR="00C627C9" w:rsidRDefault="00C627C9" w:rsidP="00C627C9">
      <w:pPr>
        <w:pStyle w:val="ListBullet"/>
        <w:numPr>
          <w:ilvl w:val="0"/>
          <w:numId w:val="0"/>
        </w:numPr>
        <w:ind w:left="360"/>
        <w:rPr>
          <w:rFonts w:ascii="Times New Roman" w:hAnsi="Times New Roman" w:cs="Times New Roman"/>
          <w:sz w:val="24"/>
          <w:szCs w:val="24"/>
        </w:rPr>
      </w:pPr>
    </w:p>
    <w:p w14:paraId="13D6DE27" w14:textId="77777777" w:rsidR="00C627C9" w:rsidRPr="00C627C9" w:rsidRDefault="00C627C9" w:rsidP="00933632">
      <w:pPr>
        <w:pStyle w:val="ListBullet"/>
        <w:numPr>
          <w:ilvl w:val="0"/>
          <w:numId w:val="0"/>
        </w:numPr>
        <w:rPr>
          <w:rFonts w:ascii="Times New Roman" w:hAnsi="Times New Roman" w:cs="Times New Roman"/>
          <w:sz w:val="24"/>
          <w:szCs w:val="24"/>
        </w:rPr>
      </w:pPr>
    </w:p>
    <w:p w14:paraId="552D080F" w14:textId="632A87D0" w:rsidR="001964CE" w:rsidRPr="001964CE" w:rsidRDefault="001964CE" w:rsidP="001964CE">
      <w:pPr>
        <w:pStyle w:val="ListBullet"/>
        <w:tabs>
          <w:tab w:val="clear" w:pos="360"/>
          <w:tab w:val="num" w:pos="720"/>
        </w:tabs>
        <w:ind w:left="720"/>
        <w:rPr>
          <w:rFonts w:ascii="Times New Roman" w:hAnsi="Times New Roman" w:cs="Times New Roman"/>
          <w:b/>
          <w:bCs/>
          <w:sz w:val="24"/>
          <w:szCs w:val="24"/>
        </w:rPr>
      </w:pPr>
      <w:r w:rsidRPr="001964CE">
        <w:rPr>
          <w:rFonts w:ascii="Times New Roman" w:hAnsi="Times New Roman" w:cs="Times New Roman"/>
          <w:b/>
          <w:bCs/>
          <w:sz w:val="24"/>
          <w:szCs w:val="24"/>
        </w:rPr>
        <w:lastRenderedPageBreak/>
        <w:t xml:space="preserve">Purchasing Policy Update </w:t>
      </w:r>
    </w:p>
    <w:p w14:paraId="1C73526F" w14:textId="1A147F41" w:rsidR="00EB0F52" w:rsidRDefault="00EB0F52">
      <w:pPr>
        <w:rPr>
          <w:rFonts w:ascii="Times New Roman" w:hAnsi="Times New Roman" w:cs="Times New Roman"/>
          <w:sz w:val="24"/>
          <w:szCs w:val="24"/>
        </w:rPr>
      </w:pPr>
      <w:r w:rsidRPr="00EB0F52">
        <w:rPr>
          <w:rFonts w:ascii="Times New Roman" w:hAnsi="Times New Roman" w:cs="Times New Roman"/>
          <w:b/>
          <w:bCs/>
          <w:sz w:val="24"/>
          <w:szCs w:val="24"/>
        </w:rPr>
        <w:t>Motion:</w:t>
      </w:r>
      <w:r w:rsidRPr="00EB0F52">
        <w:rPr>
          <w:rFonts w:ascii="Times New Roman" w:hAnsi="Times New Roman" w:cs="Times New Roman"/>
          <w:sz w:val="24"/>
          <w:szCs w:val="24"/>
        </w:rPr>
        <w:t xml:space="preserve"> Kyle Cheeks moved for Dr. Gilmore to present a resolution updating the purchasing policy to ensure sufficient funds are available for the purchases necessary to prepare the school</w:t>
      </w:r>
      <w:r w:rsidR="00C627C9">
        <w:rPr>
          <w:rFonts w:ascii="Times New Roman" w:hAnsi="Times New Roman" w:cs="Times New Roman"/>
          <w:sz w:val="24"/>
          <w:szCs w:val="24"/>
        </w:rPr>
        <w:t xml:space="preserve"> </w:t>
      </w:r>
      <w:r w:rsidRPr="00EB0F52">
        <w:rPr>
          <w:rFonts w:ascii="Times New Roman" w:hAnsi="Times New Roman" w:cs="Times New Roman"/>
          <w:sz w:val="24"/>
          <w:szCs w:val="24"/>
        </w:rPr>
        <w:t>for opening. The motion was seconded by Tiffany Henderson. The motion carried unanimously. Dr. Gilmore will distribute the updated purchasing policy to the Board.</w:t>
      </w:r>
    </w:p>
    <w:p w14:paraId="58AE04F3" w14:textId="6E3FB0EC" w:rsidR="00C93E08" w:rsidRPr="00F32AB9" w:rsidRDefault="00772FDD">
      <w:pPr>
        <w:rPr>
          <w:rFonts w:ascii="Times New Roman" w:hAnsi="Times New Roman" w:cs="Times New Roman"/>
          <w:sz w:val="24"/>
          <w:szCs w:val="24"/>
        </w:rPr>
      </w:pPr>
      <w:r w:rsidRPr="00F32AB9">
        <w:rPr>
          <w:rFonts w:ascii="Times New Roman" w:hAnsi="Times New Roman" w:cs="Times New Roman"/>
          <w:b/>
          <w:sz w:val="24"/>
          <w:szCs w:val="24"/>
        </w:rPr>
        <w:t xml:space="preserve">Renovation Update </w:t>
      </w:r>
    </w:p>
    <w:p w14:paraId="2700CF0C" w14:textId="0B6AB3C6" w:rsidR="00BD134A" w:rsidRPr="00F32AB9" w:rsidRDefault="00E0799A" w:rsidP="00711BAD">
      <w:pPr>
        <w:pStyle w:val="ListBullet"/>
        <w:rPr>
          <w:rFonts w:ascii="Times New Roman" w:hAnsi="Times New Roman" w:cs="Times New Roman"/>
          <w:sz w:val="24"/>
          <w:szCs w:val="24"/>
        </w:rPr>
      </w:pPr>
      <w:r w:rsidRPr="00E0799A">
        <w:rPr>
          <w:rFonts w:ascii="Times New Roman" w:hAnsi="Times New Roman" w:cs="Times New Roman"/>
          <w:sz w:val="24"/>
          <w:szCs w:val="24"/>
        </w:rPr>
        <w:t>Painting on the second floor is nearly complete.</w:t>
      </w:r>
    </w:p>
    <w:p w14:paraId="3C109DE5" w14:textId="7DFB2295" w:rsidR="001964CE" w:rsidRPr="001964CE" w:rsidRDefault="001964CE" w:rsidP="001964CE">
      <w:pPr>
        <w:pStyle w:val="ListBullet"/>
        <w:tabs>
          <w:tab w:val="clear" w:pos="1440"/>
        </w:tabs>
        <w:rPr>
          <w:rFonts w:ascii="Times New Roman" w:hAnsi="Times New Roman" w:cs="Times New Roman"/>
          <w:sz w:val="24"/>
          <w:szCs w:val="24"/>
        </w:rPr>
      </w:pPr>
      <w:r w:rsidRPr="001964CE">
        <w:rPr>
          <w:rFonts w:ascii="Times New Roman" w:hAnsi="Times New Roman" w:cs="Times New Roman"/>
          <w:sz w:val="24"/>
          <w:szCs w:val="24"/>
        </w:rPr>
        <w:t xml:space="preserve">The first floor requires only white paint to finish. </w:t>
      </w:r>
    </w:p>
    <w:p w14:paraId="648633BB" w14:textId="305D4412" w:rsidR="001964CE" w:rsidRPr="001964CE" w:rsidRDefault="001964CE" w:rsidP="001964CE">
      <w:pPr>
        <w:pStyle w:val="ListBullet"/>
        <w:tabs>
          <w:tab w:val="clear" w:pos="1440"/>
        </w:tabs>
        <w:rPr>
          <w:rFonts w:ascii="Times New Roman" w:hAnsi="Times New Roman" w:cs="Times New Roman"/>
          <w:sz w:val="24"/>
          <w:szCs w:val="24"/>
        </w:rPr>
      </w:pPr>
      <w:r w:rsidRPr="001964CE">
        <w:rPr>
          <w:rFonts w:ascii="Times New Roman" w:hAnsi="Times New Roman" w:cs="Times New Roman"/>
          <w:sz w:val="24"/>
          <w:szCs w:val="24"/>
        </w:rPr>
        <w:t xml:space="preserve">Carpet installation on the second floor is scheduled for completion on July 26. </w:t>
      </w:r>
    </w:p>
    <w:p w14:paraId="0B7B6919" w14:textId="321374F6" w:rsidR="001964CE" w:rsidRPr="001964CE" w:rsidRDefault="001964CE" w:rsidP="001964CE">
      <w:pPr>
        <w:pStyle w:val="ListBullet"/>
        <w:tabs>
          <w:tab w:val="clear" w:pos="1440"/>
        </w:tabs>
        <w:rPr>
          <w:rFonts w:ascii="Times New Roman" w:hAnsi="Times New Roman" w:cs="Times New Roman"/>
          <w:sz w:val="24"/>
          <w:szCs w:val="24"/>
        </w:rPr>
      </w:pPr>
      <w:r w:rsidRPr="001964CE">
        <w:rPr>
          <w:rFonts w:ascii="Times New Roman" w:hAnsi="Times New Roman" w:cs="Times New Roman"/>
          <w:sz w:val="24"/>
          <w:szCs w:val="24"/>
        </w:rPr>
        <w:t xml:space="preserve">Laminate flooring was installed during the week of July 13. </w:t>
      </w:r>
    </w:p>
    <w:p w14:paraId="4A3EC10F" w14:textId="77777777" w:rsidR="001964CE" w:rsidRDefault="001964CE" w:rsidP="001964CE">
      <w:pPr>
        <w:pStyle w:val="ListBullet"/>
        <w:rPr>
          <w:rFonts w:ascii="Times New Roman" w:hAnsi="Times New Roman" w:cs="Times New Roman"/>
          <w:sz w:val="24"/>
          <w:szCs w:val="24"/>
        </w:rPr>
      </w:pPr>
      <w:r w:rsidRPr="001964CE">
        <w:rPr>
          <w:rFonts w:ascii="Times New Roman" w:hAnsi="Times New Roman" w:cs="Times New Roman"/>
          <w:sz w:val="24"/>
          <w:szCs w:val="24"/>
        </w:rPr>
        <w:t>The lunchroom continues to progress toward completion.</w:t>
      </w:r>
    </w:p>
    <w:p w14:paraId="480A134F" w14:textId="77777777" w:rsidR="001964CE" w:rsidRDefault="001964CE" w:rsidP="001964CE">
      <w:pPr>
        <w:pStyle w:val="ListBullet"/>
        <w:numPr>
          <w:ilvl w:val="0"/>
          <w:numId w:val="0"/>
        </w:numPr>
        <w:rPr>
          <w:rFonts w:ascii="Times New Roman" w:hAnsi="Times New Roman" w:cs="Times New Roman"/>
          <w:b/>
          <w:bCs/>
          <w:sz w:val="24"/>
          <w:szCs w:val="24"/>
        </w:rPr>
      </w:pPr>
    </w:p>
    <w:p w14:paraId="1A377A65" w14:textId="41B496CD" w:rsidR="001964CE" w:rsidRPr="001964CE" w:rsidRDefault="001964CE" w:rsidP="001964CE">
      <w:pPr>
        <w:pStyle w:val="ListBullet"/>
        <w:numPr>
          <w:ilvl w:val="0"/>
          <w:numId w:val="0"/>
        </w:numPr>
        <w:rPr>
          <w:rFonts w:ascii="Times New Roman" w:hAnsi="Times New Roman" w:cs="Times New Roman"/>
          <w:b/>
          <w:bCs/>
          <w:sz w:val="24"/>
          <w:szCs w:val="24"/>
        </w:rPr>
      </w:pPr>
      <w:r w:rsidRPr="001964CE">
        <w:rPr>
          <w:rFonts w:ascii="Times New Roman" w:hAnsi="Times New Roman" w:cs="Times New Roman"/>
          <w:b/>
          <w:bCs/>
          <w:sz w:val="24"/>
          <w:szCs w:val="24"/>
        </w:rPr>
        <w:t>Transportation and Security</w:t>
      </w:r>
    </w:p>
    <w:p w14:paraId="47749645" w14:textId="77777777" w:rsidR="004B0E2C" w:rsidRDefault="004B0E2C" w:rsidP="001964CE">
      <w:pPr>
        <w:pStyle w:val="ListBullet"/>
        <w:numPr>
          <w:ilvl w:val="0"/>
          <w:numId w:val="11"/>
        </w:numPr>
        <w:rPr>
          <w:rFonts w:ascii="Times New Roman" w:hAnsi="Times New Roman" w:cs="Times New Roman"/>
          <w:sz w:val="24"/>
          <w:szCs w:val="24"/>
        </w:rPr>
      </w:pPr>
      <w:r w:rsidRPr="004B0E2C">
        <w:rPr>
          <w:rFonts w:ascii="Times New Roman" w:hAnsi="Times New Roman" w:cs="Times New Roman"/>
          <w:sz w:val="24"/>
          <w:szCs w:val="24"/>
        </w:rPr>
        <w:t>No transportation or security service contracts have been finalized at this time.</w:t>
      </w:r>
    </w:p>
    <w:p w14:paraId="1427F1BD" w14:textId="3A3FB6C0" w:rsidR="001964CE" w:rsidRPr="00C627C9" w:rsidRDefault="004B0E2C" w:rsidP="00C627C9">
      <w:pPr>
        <w:pStyle w:val="ListBullet"/>
        <w:numPr>
          <w:ilvl w:val="0"/>
          <w:numId w:val="11"/>
        </w:numPr>
        <w:rPr>
          <w:rFonts w:ascii="Times New Roman" w:hAnsi="Times New Roman" w:cs="Times New Roman"/>
          <w:sz w:val="24"/>
          <w:szCs w:val="24"/>
        </w:rPr>
      </w:pPr>
      <w:r w:rsidRPr="004B0E2C">
        <w:rPr>
          <w:rFonts w:ascii="Times New Roman" w:hAnsi="Times New Roman" w:cs="Times New Roman"/>
          <w:sz w:val="24"/>
          <w:szCs w:val="24"/>
        </w:rPr>
        <w:t>Transportation reimbursement is available for students who reside within the City of Cleveland.</w:t>
      </w:r>
    </w:p>
    <w:p w14:paraId="41DFD4F9" w14:textId="517FE07D" w:rsidR="00BD134A" w:rsidRPr="00F32AB9" w:rsidRDefault="000705B3" w:rsidP="005B4483">
      <w:pPr>
        <w:rPr>
          <w:rFonts w:ascii="Times New Roman" w:hAnsi="Times New Roman" w:cs="Times New Roman"/>
          <w:sz w:val="24"/>
          <w:szCs w:val="24"/>
        </w:rPr>
      </w:pPr>
      <w:r>
        <w:rPr>
          <w:rFonts w:ascii="Times New Roman" w:hAnsi="Times New Roman" w:cs="Times New Roman"/>
          <w:sz w:val="24"/>
          <w:szCs w:val="24"/>
        </w:rPr>
        <w:pict w14:anchorId="7D6FA91A">
          <v:rect id="_x0000_i1028" style="width:0;height:1.5pt" o:hralign="center" o:hrstd="t" o:hr="t" fillcolor="#a0a0a0" stroked="f"/>
        </w:pict>
      </w:r>
      <w:r w:rsidR="00F67470" w:rsidRPr="00F32AB9">
        <w:rPr>
          <w:rFonts w:ascii="Times New Roman" w:hAnsi="Times New Roman" w:cs="Times New Roman"/>
          <w:b/>
          <w:sz w:val="24"/>
          <w:szCs w:val="24"/>
        </w:rPr>
        <w:br/>
        <w:t xml:space="preserve">6. </w:t>
      </w:r>
      <w:r w:rsidR="00420068" w:rsidRPr="00F32AB9">
        <w:rPr>
          <w:rFonts w:ascii="Times New Roman" w:hAnsi="Times New Roman" w:cs="Times New Roman"/>
          <w:b/>
          <w:sz w:val="24"/>
          <w:szCs w:val="24"/>
        </w:rPr>
        <w:t>Committee Update</w:t>
      </w:r>
    </w:p>
    <w:p w14:paraId="0E9C71A1" w14:textId="46A3CBEE" w:rsidR="005D28A1" w:rsidRPr="00BD04F9" w:rsidRDefault="005D28A1" w:rsidP="005D28A1">
      <w:pPr>
        <w:pStyle w:val="ListBullet"/>
      </w:pPr>
      <w:r>
        <w:t>Governance &amp; Operations – (Tiffany Henderson &amp; Dr. Lisa Bell)</w:t>
      </w:r>
    </w:p>
    <w:p w14:paraId="22BFD7AD" w14:textId="1DD57967" w:rsidR="005D28A1" w:rsidRPr="00BD04F9" w:rsidRDefault="005D28A1" w:rsidP="005D28A1">
      <w:pPr>
        <w:pStyle w:val="ListBullet"/>
      </w:pPr>
      <w:r>
        <w:t>Membership – (Dr. Lisa Bell &amp; Denine Goolsby)</w:t>
      </w:r>
    </w:p>
    <w:p w14:paraId="34C1C571" w14:textId="4EFCAFF5" w:rsidR="005D28A1" w:rsidRPr="00BD04F9" w:rsidRDefault="005D28A1" w:rsidP="005D28A1">
      <w:pPr>
        <w:pStyle w:val="ListBullet"/>
      </w:pPr>
      <w:r>
        <w:t>Marketing &amp; Outreach– TBD</w:t>
      </w:r>
    </w:p>
    <w:p w14:paraId="08C03F5E" w14:textId="11241E0F" w:rsidR="005D28A1" w:rsidRPr="00BD04F9" w:rsidRDefault="005D28A1" w:rsidP="005D28A1">
      <w:pPr>
        <w:pStyle w:val="ListBullet"/>
      </w:pPr>
      <w:r>
        <w:t>Facilities – (Tianna Mays)</w:t>
      </w:r>
    </w:p>
    <w:p w14:paraId="524BBF48" w14:textId="7BD5644F" w:rsidR="005D28A1" w:rsidRDefault="005D28A1" w:rsidP="005D28A1">
      <w:pPr>
        <w:pStyle w:val="ListBullet"/>
      </w:pPr>
      <w:r>
        <w:t>Academics – (Dr. Menefee, Denine Goolsby, Aaliyah Brown)</w:t>
      </w:r>
    </w:p>
    <w:p w14:paraId="4F51F0E3" w14:textId="305705A6" w:rsidR="00A70E0C" w:rsidRPr="00BD04F9" w:rsidRDefault="00A70E0C" w:rsidP="005D28A1">
      <w:pPr>
        <w:pStyle w:val="ListBullet"/>
      </w:pPr>
      <w:r>
        <w:t xml:space="preserve">Treasury &amp; Finance – (Kyle Cheeks) </w:t>
      </w:r>
    </w:p>
    <w:p w14:paraId="42FA223C" w14:textId="68D4A77B" w:rsidR="00BD134A" w:rsidRPr="00F32AB9" w:rsidRDefault="00BD134A" w:rsidP="005D28A1">
      <w:pPr>
        <w:pStyle w:val="ListBullet"/>
        <w:numPr>
          <w:ilvl w:val="0"/>
          <w:numId w:val="0"/>
        </w:numPr>
        <w:ind w:left="360"/>
        <w:rPr>
          <w:rFonts w:ascii="Times New Roman" w:hAnsi="Times New Roman" w:cs="Times New Roman"/>
          <w:sz w:val="24"/>
          <w:szCs w:val="24"/>
        </w:rPr>
      </w:pPr>
    </w:p>
    <w:p w14:paraId="0CB98468" w14:textId="338054F3" w:rsidR="005B4483" w:rsidRPr="00F32AB9" w:rsidRDefault="000705B3" w:rsidP="005B4483">
      <w:pPr>
        <w:pStyle w:val="ListBullet"/>
        <w:numPr>
          <w:ilvl w:val="0"/>
          <w:numId w:val="0"/>
        </w:numPr>
        <w:rPr>
          <w:rFonts w:ascii="Times New Roman" w:hAnsi="Times New Roman" w:cs="Times New Roman"/>
          <w:b/>
          <w:bCs/>
          <w:sz w:val="24"/>
          <w:szCs w:val="24"/>
        </w:rPr>
      </w:pPr>
      <w:r>
        <w:rPr>
          <w:rFonts w:ascii="Times New Roman" w:hAnsi="Times New Roman" w:cs="Times New Roman"/>
          <w:sz w:val="24"/>
          <w:szCs w:val="24"/>
        </w:rPr>
        <w:pict w14:anchorId="65C720CC">
          <v:rect id="_x0000_i1029" style="width:0;height:1.5pt" o:hralign="center" o:hrstd="t" o:hr="t" fillcolor="#a0a0a0" stroked="f"/>
        </w:pict>
      </w:r>
      <w:r w:rsidR="005B4483" w:rsidRPr="00F32AB9">
        <w:rPr>
          <w:rFonts w:ascii="Times New Roman" w:hAnsi="Times New Roman" w:cs="Times New Roman"/>
          <w:b/>
          <w:sz w:val="24"/>
          <w:szCs w:val="24"/>
        </w:rPr>
        <w:br/>
      </w:r>
      <w:r w:rsidR="005B4483" w:rsidRPr="00F32AB9">
        <w:rPr>
          <w:rFonts w:ascii="Times New Roman" w:hAnsi="Times New Roman" w:cs="Times New Roman"/>
          <w:b/>
          <w:bCs/>
          <w:sz w:val="24"/>
          <w:szCs w:val="24"/>
        </w:rPr>
        <w:t>7. New Business</w:t>
      </w:r>
    </w:p>
    <w:p w14:paraId="1100201B" w14:textId="5A43B236" w:rsidR="00BD134A" w:rsidRPr="00F32AB9" w:rsidRDefault="00EB0F52" w:rsidP="00BD134A">
      <w:pPr>
        <w:pStyle w:val="Heading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FORWARD Girls Fest</w:t>
      </w:r>
    </w:p>
    <w:p w14:paraId="236EB309" w14:textId="0F9E7980" w:rsidR="00B94E5D" w:rsidRDefault="00B94E5D" w:rsidP="00BD134A">
      <w:pPr>
        <w:pStyle w:val="ListBullet"/>
        <w:rPr>
          <w:rFonts w:ascii="Times New Roman" w:hAnsi="Times New Roman" w:cs="Times New Roman"/>
          <w:sz w:val="24"/>
          <w:szCs w:val="24"/>
        </w:rPr>
      </w:pPr>
      <w:r>
        <w:rPr>
          <w:rFonts w:ascii="Times New Roman" w:hAnsi="Times New Roman" w:cs="Times New Roman"/>
          <w:sz w:val="24"/>
          <w:szCs w:val="24"/>
        </w:rPr>
        <w:t xml:space="preserve">Meeting was held with MOCA on July 17, 2026. </w:t>
      </w:r>
    </w:p>
    <w:p w14:paraId="4CDC6A26" w14:textId="44A90697" w:rsidR="00BD134A" w:rsidRDefault="00B94E5D" w:rsidP="00BD134A">
      <w:pPr>
        <w:pStyle w:val="ListBullet"/>
        <w:rPr>
          <w:rFonts w:ascii="Times New Roman" w:hAnsi="Times New Roman" w:cs="Times New Roman"/>
          <w:sz w:val="24"/>
          <w:szCs w:val="24"/>
        </w:rPr>
      </w:pPr>
      <w:r>
        <w:rPr>
          <w:rFonts w:ascii="Times New Roman" w:hAnsi="Times New Roman" w:cs="Times New Roman"/>
          <w:sz w:val="24"/>
          <w:szCs w:val="24"/>
        </w:rPr>
        <w:t>Projected Date: August 2, 2026.</w:t>
      </w:r>
    </w:p>
    <w:p w14:paraId="60D67733" w14:textId="62FEF76F" w:rsidR="00B94E5D" w:rsidRPr="00F32AB9" w:rsidRDefault="00B94E5D" w:rsidP="00BD134A">
      <w:pPr>
        <w:pStyle w:val="ListBullet"/>
        <w:rPr>
          <w:rFonts w:ascii="Times New Roman" w:hAnsi="Times New Roman" w:cs="Times New Roman"/>
          <w:sz w:val="24"/>
          <w:szCs w:val="24"/>
        </w:rPr>
      </w:pPr>
      <w:r>
        <w:rPr>
          <w:rFonts w:ascii="Times New Roman" w:hAnsi="Times New Roman" w:cs="Times New Roman"/>
          <w:sz w:val="24"/>
          <w:szCs w:val="24"/>
        </w:rPr>
        <w:t>Time: 1:00 pm -5:00pm</w:t>
      </w:r>
    </w:p>
    <w:p w14:paraId="3EE11271" w14:textId="0C47F4B9" w:rsidR="00BD134A" w:rsidRDefault="00B94E5D" w:rsidP="00BD134A">
      <w:pPr>
        <w:pStyle w:val="ListBullet"/>
        <w:rPr>
          <w:rFonts w:ascii="Times New Roman" w:hAnsi="Times New Roman" w:cs="Times New Roman"/>
          <w:sz w:val="24"/>
          <w:szCs w:val="24"/>
        </w:rPr>
      </w:pPr>
      <w:r>
        <w:rPr>
          <w:rFonts w:ascii="Times New Roman" w:hAnsi="Times New Roman" w:cs="Times New Roman"/>
          <w:sz w:val="24"/>
          <w:szCs w:val="24"/>
        </w:rPr>
        <w:t>Location: MOCA</w:t>
      </w:r>
    </w:p>
    <w:p w14:paraId="1825F09E" w14:textId="1912595C" w:rsidR="00B94E5D" w:rsidRDefault="00B94E5D" w:rsidP="00BD134A">
      <w:pPr>
        <w:pStyle w:val="ListBullet"/>
        <w:rPr>
          <w:rFonts w:ascii="Times New Roman" w:hAnsi="Times New Roman" w:cs="Times New Roman"/>
          <w:sz w:val="24"/>
          <w:szCs w:val="24"/>
        </w:rPr>
      </w:pPr>
      <w:r>
        <w:rPr>
          <w:rFonts w:ascii="Times New Roman" w:hAnsi="Times New Roman" w:cs="Times New Roman"/>
          <w:sz w:val="24"/>
          <w:szCs w:val="24"/>
        </w:rPr>
        <w:t>Food trucks, D</w:t>
      </w:r>
      <w:r w:rsidR="0060456A">
        <w:rPr>
          <w:rFonts w:ascii="Times New Roman" w:hAnsi="Times New Roman" w:cs="Times New Roman"/>
          <w:sz w:val="24"/>
          <w:szCs w:val="24"/>
        </w:rPr>
        <w:t>J,</w:t>
      </w:r>
      <w:r>
        <w:rPr>
          <w:rFonts w:ascii="Times New Roman" w:hAnsi="Times New Roman" w:cs="Times New Roman"/>
          <w:sz w:val="24"/>
          <w:szCs w:val="24"/>
        </w:rPr>
        <w:t xml:space="preserve"> and Guest Speaker (at no cost to FORWARD)</w:t>
      </w:r>
    </w:p>
    <w:p w14:paraId="72B59D8A" w14:textId="27500A54" w:rsidR="00B94E5D" w:rsidRDefault="00B94E5D" w:rsidP="00BD134A">
      <w:pPr>
        <w:pStyle w:val="ListBullet"/>
        <w:rPr>
          <w:rFonts w:ascii="Times New Roman" w:hAnsi="Times New Roman" w:cs="Times New Roman"/>
          <w:sz w:val="24"/>
          <w:szCs w:val="24"/>
        </w:rPr>
      </w:pPr>
      <w:r>
        <w:rPr>
          <w:rFonts w:ascii="Times New Roman" w:hAnsi="Times New Roman" w:cs="Times New Roman"/>
          <w:sz w:val="24"/>
          <w:szCs w:val="24"/>
        </w:rPr>
        <w:t>Budget Expense: $2,000</w:t>
      </w:r>
    </w:p>
    <w:p w14:paraId="22289C20" w14:textId="3D5AA7CD" w:rsidR="00C627C9" w:rsidRDefault="00B94E5D" w:rsidP="00C627C9">
      <w:pPr>
        <w:pStyle w:val="ListBullet"/>
        <w:rPr>
          <w:rFonts w:ascii="Times New Roman" w:hAnsi="Times New Roman" w:cs="Times New Roman"/>
          <w:sz w:val="24"/>
          <w:szCs w:val="24"/>
        </w:rPr>
      </w:pPr>
      <w:r>
        <w:rPr>
          <w:rFonts w:ascii="Times New Roman" w:hAnsi="Times New Roman" w:cs="Times New Roman"/>
          <w:sz w:val="24"/>
          <w:szCs w:val="24"/>
        </w:rPr>
        <w:t>School Bells would like to be a partner.</w:t>
      </w:r>
    </w:p>
    <w:p w14:paraId="243C15CC" w14:textId="77777777" w:rsidR="00C627C9" w:rsidRPr="00C627C9" w:rsidRDefault="00C627C9" w:rsidP="00C627C9">
      <w:pPr>
        <w:pStyle w:val="ListBullet"/>
        <w:numPr>
          <w:ilvl w:val="0"/>
          <w:numId w:val="0"/>
        </w:numPr>
        <w:ind w:left="360"/>
        <w:rPr>
          <w:rFonts w:ascii="Times New Roman" w:hAnsi="Times New Roman" w:cs="Times New Roman"/>
          <w:sz w:val="24"/>
          <w:szCs w:val="24"/>
        </w:rPr>
      </w:pPr>
    </w:p>
    <w:p w14:paraId="3268D12D" w14:textId="77777777" w:rsidR="00C627C9" w:rsidRDefault="00C627C9" w:rsidP="00C627C9">
      <w:pPr>
        <w:pStyle w:val="ListBullet"/>
        <w:numPr>
          <w:ilvl w:val="0"/>
          <w:numId w:val="0"/>
        </w:numPr>
        <w:ind w:left="360" w:hanging="360"/>
        <w:rPr>
          <w:rFonts w:ascii="Times New Roman" w:hAnsi="Times New Roman" w:cs="Times New Roman"/>
          <w:b/>
          <w:bCs/>
          <w:sz w:val="24"/>
          <w:szCs w:val="24"/>
        </w:rPr>
      </w:pPr>
    </w:p>
    <w:p w14:paraId="08A4A477" w14:textId="1EC97A62" w:rsidR="00C627C9" w:rsidRDefault="00B94E5D" w:rsidP="00C627C9">
      <w:pPr>
        <w:pStyle w:val="ListBullet"/>
        <w:numPr>
          <w:ilvl w:val="0"/>
          <w:numId w:val="0"/>
        </w:numPr>
        <w:ind w:left="360" w:hanging="360"/>
        <w:rPr>
          <w:rFonts w:ascii="Times New Roman" w:hAnsi="Times New Roman" w:cs="Times New Roman"/>
          <w:sz w:val="24"/>
          <w:szCs w:val="24"/>
        </w:rPr>
      </w:pPr>
      <w:r w:rsidRPr="00C627C9">
        <w:rPr>
          <w:rFonts w:ascii="Times New Roman" w:hAnsi="Times New Roman" w:cs="Times New Roman"/>
          <w:b/>
          <w:bCs/>
          <w:sz w:val="24"/>
          <w:szCs w:val="24"/>
        </w:rPr>
        <w:t>Marketing Budget</w:t>
      </w:r>
      <w:r w:rsidRPr="00C627C9">
        <w:rPr>
          <w:rFonts w:ascii="Times New Roman" w:hAnsi="Times New Roman" w:cs="Times New Roman"/>
          <w:sz w:val="24"/>
          <w:szCs w:val="24"/>
        </w:rPr>
        <w:t>:</w:t>
      </w:r>
    </w:p>
    <w:p w14:paraId="110DC937" w14:textId="256AE5DD" w:rsidR="00C627C9" w:rsidRPr="00C627C9" w:rsidRDefault="00B94E5D" w:rsidP="00C627C9">
      <w:pPr>
        <w:pStyle w:val="ListBullet"/>
        <w:rPr>
          <w:rFonts w:ascii="Times New Roman" w:hAnsi="Times New Roman" w:cs="Times New Roman"/>
          <w:sz w:val="24"/>
          <w:szCs w:val="24"/>
        </w:rPr>
      </w:pPr>
      <w:r w:rsidRPr="00C627C9">
        <w:rPr>
          <w:rFonts w:ascii="Times New Roman" w:hAnsi="Times New Roman" w:cs="Times New Roman"/>
          <w:sz w:val="24"/>
          <w:szCs w:val="24"/>
        </w:rPr>
        <w:t>The current available marketing budget is $10,000 to support enrollment efforts, community outreach, and school awareness initiatives.</w:t>
      </w:r>
    </w:p>
    <w:p w14:paraId="5B8D3C56" w14:textId="77777777" w:rsidR="00BD134A" w:rsidRPr="00F32AB9" w:rsidRDefault="00BD134A" w:rsidP="00BD134A">
      <w:pPr>
        <w:pStyle w:val="Heading2"/>
        <w:rPr>
          <w:rFonts w:ascii="Times New Roman" w:hAnsi="Times New Roman" w:cs="Times New Roman"/>
          <w:color w:val="000000" w:themeColor="text1"/>
          <w:sz w:val="24"/>
          <w:szCs w:val="24"/>
        </w:rPr>
      </w:pPr>
      <w:r w:rsidRPr="00F32AB9">
        <w:rPr>
          <w:rFonts w:ascii="Times New Roman" w:hAnsi="Times New Roman" w:cs="Times New Roman"/>
          <w:color w:val="000000" w:themeColor="text1"/>
          <w:sz w:val="24"/>
          <w:szCs w:val="24"/>
        </w:rPr>
        <w:t>Enrollment Update</w:t>
      </w:r>
    </w:p>
    <w:p w14:paraId="54508D6D" w14:textId="4DEC7E41" w:rsidR="00BD134A" w:rsidRPr="00F32AB9" w:rsidRDefault="00BD134A" w:rsidP="00BD134A">
      <w:pPr>
        <w:pStyle w:val="ListBullet"/>
        <w:rPr>
          <w:rFonts w:ascii="Times New Roman" w:hAnsi="Times New Roman" w:cs="Times New Roman"/>
          <w:sz w:val="24"/>
          <w:szCs w:val="24"/>
        </w:rPr>
      </w:pPr>
      <w:r w:rsidRPr="00F32AB9">
        <w:rPr>
          <w:rFonts w:ascii="Times New Roman" w:hAnsi="Times New Roman" w:cs="Times New Roman"/>
          <w:sz w:val="24"/>
          <w:szCs w:val="24"/>
        </w:rPr>
        <w:t xml:space="preserve">FORWARD School enrollment </w:t>
      </w:r>
      <w:r w:rsidR="005B4483" w:rsidRPr="00F32AB9">
        <w:rPr>
          <w:rFonts w:ascii="Times New Roman" w:hAnsi="Times New Roman" w:cs="Times New Roman"/>
          <w:sz w:val="24"/>
          <w:szCs w:val="24"/>
        </w:rPr>
        <w:t>status</w:t>
      </w:r>
      <w:r w:rsidR="00EB0F52">
        <w:rPr>
          <w:rFonts w:ascii="Times New Roman" w:hAnsi="Times New Roman" w:cs="Times New Roman"/>
          <w:sz w:val="24"/>
          <w:szCs w:val="24"/>
        </w:rPr>
        <w:t xml:space="preserve"> is currently at 41 students. 75 is the goal. </w:t>
      </w:r>
    </w:p>
    <w:p w14:paraId="314E74CD" w14:textId="77777777" w:rsidR="00BD134A" w:rsidRPr="00F32AB9" w:rsidRDefault="00BD134A" w:rsidP="00BD134A">
      <w:pPr>
        <w:pStyle w:val="Heading2"/>
        <w:rPr>
          <w:rFonts w:ascii="Times New Roman" w:hAnsi="Times New Roman" w:cs="Times New Roman"/>
          <w:color w:val="000000" w:themeColor="text1"/>
          <w:sz w:val="24"/>
          <w:szCs w:val="24"/>
        </w:rPr>
      </w:pPr>
      <w:r w:rsidRPr="00F32AB9">
        <w:rPr>
          <w:rFonts w:ascii="Times New Roman" w:hAnsi="Times New Roman" w:cs="Times New Roman"/>
          <w:color w:val="000000" w:themeColor="text1"/>
          <w:sz w:val="24"/>
          <w:szCs w:val="24"/>
        </w:rPr>
        <w:t>Community Engagement</w:t>
      </w:r>
    </w:p>
    <w:p w14:paraId="3055D540" w14:textId="7AF87823" w:rsidR="009D53A7" w:rsidRDefault="009D53A7" w:rsidP="009D53A7">
      <w:pPr>
        <w:pStyle w:val="ListBullet"/>
      </w:pPr>
      <w:r w:rsidRPr="009D53A7">
        <w:t>Zoo Day</w:t>
      </w:r>
      <w:r w:rsidRPr="009D53A7">
        <w:rPr>
          <w:b/>
          <w:bCs/>
        </w:rPr>
        <w:t>:</w:t>
      </w:r>
      <w:r w:rsidRPr="009D53A7">
        <w:t xml:space="preserve"> On July 27, 2026, Dr. Luciana, Dr. Bell, and Dr. Miller will attend Zoo Day to promote FORWARD, increase community awareness, and support student enrollment efforts. </w:t>
      </w:r>
    </w:p>
    <w:p w14:paraId="70F02C32" w14:textId="079F51A3" w:rsidR="00C627C9" w:rsidRPr="009D53A7" w:rsidRDefault="00C627C9" w:rsidP="009D53A7">
      <w:pPr>
        <w:pStyle w:val="ListBullet"/>
      </w:pPr>
      <w:r>
        <w:t xml:space="preserve">93.1 FM WZAK and 107.9 FM will be in attendance. </w:t>
      </w:r>
    </w:p>
    <w:p w14:paraId="1E717CC6" w14:textId="5AA7D0B5" w:rsidR="00BD134A" w:rsidRPr="00F32AB9" w:rsidRDefault="00EB0F52" w:rsidP="00BD134A">
      <w:pPr>
        <w:pStyle w:val="Heading2"/>
        <w:rPr>
          <w:rFonts w:ascii="Times New Roman" w:hAnsi="Times New Roman" w:cs="Times New Roman"/>
          <w:sz w:val="24"/>
          <w:szCs w:val="24"/>
        </w:rPr>
      </w:pPr>
      <w:r>
        <w:rPr>
          <w:rFonts w:ascii="Times New Roman" w:hAnsi="Times New Roman" w:cs="Times New Roman"/>
          <w:color w:val="000000" w:themeColor="text1"/>
          <w:sz w:val="24"/>
          <w:szCs w:val="24"/>
        </w:rPr>
        <w:t>Training</w:t>
      </w:r>
    </w:p>
    <w:p w14:paraId="6E185033" w14:textId="7491879B" w:rsidR="00EB0F52" w:rsidRDefault="00EB0F52" w:rsidP="00BD134A">
      <w:pPr>
        <w:pStyle w:val="ListBullet"/>
        <w:rPr>
          <w:rFonts w:ascii="Times New Roman" w:hAnsi="Times New Roman" w:cs="Times New Roman"/>
          <w:sz w:val="24"/>
          <w:szCs w:val="24"/>
        </w:rPr>
      </w:pPr>
      <w:r w:rsidRPr="00EB0F52">
        <w:rPr>
          <w:rFonts w:ascii="Times New Roman" w:hAnsi="Times New Roman" w:cs="Times New Roman"/>
          <w:sz w:val="24"/>
          <w:szCs w:val="24"/>
        </w:rPr>
        <w:t>Aaliyah Brown facilitated a</w:t>
      </w:r>
      <w:r>
        <w:rPr>
          <w:rFonts w:ascii="Times New Roman" w:hAnsi="Times New Roman" w:cs="Times New Roman"/>
          <w:sz w:val="24"/>
          <w:szCs w:val="24"/>
        </w:rPr>
        <w:t xml:space="preserve">n Monday.com </w:t>
      </w:r>
      <w:r w:rsidRPr="00EB0F52">
        <w:rPr>
          <w:rFonts w:ascii="Times New Roman" w:hAnsi="Times New Roman" w:cs="Times New Roman"/>
          <w:sz w:val="24"/>
          <w:szCs w:val="24"/>
        </w:rPr>
        <w:t xml:space="preserve">icebreaker and training session to familiarize staff with organizational systems, processes, and </w:t>
      </w:r>
      <w:r>
        <w:rPr>
          <w:rFonts w:ascii="Times New Roman" w:hAnsi="Times New Roman" w:cs="Times New Roman"/>
          <w:sz w:val="24"/>
          <w:szCs w:val="24"/>
        </w:rPr>
        <w:t>board</w:t>
      </w:r>
      <w:r w:rsidRPr="00EB0F52">
        <w:rPr>
          <w:rFonts w:ascii="Times New Roman" w:hAnsi="Times New Roman" w:cs="Times New Roman"/>
          <w:sz w:val="24"/>
          <w:szCs w:val="24"/>
        </w:rPr>
        <w:t xml:space="preserve"> expectations.</w:t>
      </w:r>
    </w:p>
    <w:p w14:paraId="179B9FB2" w14:textId="55663289" w:rsidR="009D53A7" w:rsidRPr="00293A31" w:rsidRDefault="009D53A7" w:rsidP="009D53A7">
      <w:pPr>
        <w:pStyle w:val="ListBullet"/>
        <w:rPr>
          <w:rFonts w:ascii="Times New Roman" w:eastAsia="Times New Roman" w:hAnsi="Times New Roman" w:cs="Times New Roman"/>
          <w:sz w:val="24"/>
          <w:szCs w:val="24"/>
        </w:rPr>
      </w:pPr>
      <w:r w:rsidRPr="009D53A7">
        <w:rPr>
          <w:rFonts w:ascii="Times New Roman" w:hAnsi="Times New Roman" w:cs="Times New Roman"/>
          <w:sz w:val="24"/>
          <w:szCs w:val="24"/>
          <w:shd w:val="clear" w:color="auto" w:fill="FFFFFF"/>
        </w:rPr>
        <w:t>Members need to reach first three chapters of Roberts</w:t>
      </w:r>
      <w:r w:rsidR="00293A31">
        <w:rPr>
          <w:rFonts w:ascii="Times New Roman" w:hAnsi="Times New Roman" w:cs="Times New Roman"/>
          <w:sz w:val="24"/>
          <w:szCs w:val="24"/>
          <w:shd w:val="clear" w:color="auto" w:fill="FFFFFF"/>
        </w:rPr>
        <w:t xml:space="preserve"> Rules of Order Book</w:t>
      </w:r>
    </w:p>
    <w:p w14:paraId="5833E676" w14:textId="77B13DB1" w:rsidR="00293A31" w:rsidRDefault="00293A31" w:rsidP="009D53A7">
      <w:pPr>
        <w:pStyle w:val="ListBulle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w:t>
      </w:r>
      <w:r w:rsidRPr="00293A31">
        <w:rPr>
          <w:rFonts w:ascii="Times New Roman" w:eastAsia="Times New Roman" w:hAnsi="Times New Roman" w:cs="Times New Roman"/>
          <w:sz w:val="24"/>
          <w:szCs w:val="24"/>
        </w:rPr>
        <w:t>Board Members will receive copies of R</w:t>
      </w:r>
      <w:r>
        <w:rPr>
          <w:rFonts w:ascii="Times New Roman" w:eastAsia="Times New Roman" w:hAnsi="Times New Roman" w:cs="Times New Roman"/>
          <w:sz w:val="24"/>
          <w:szCs w:val="24"/>
        </w:rPr>
        <w:t xml:space="preserve">obert Rules of Order </w:t>
      </w:r>
      <w:r w:rsidRPr="00293A31">
        <w:rPr>
          <w:rFonts w:ascii="Times New Roman" w:eastAsia="Times New Roman" w:hAnsi="Times New Roman" w:cs="Times New Roman"/>
          <w:sz w:val="24"/>
          <w:szCs w:val="24"/>
        </w:rPr>
        <w:t>Book at the next Board meeting in August.</w:t>
      </w:r>
    </w:p>
    <w:p w14:paraId="2EDC4AD0" w14:textId="52ABE741" w:rsidR="00293A31" w:rsidRPr="009D53A7" w:rsidRDefault="00293A31" w:rsidP="009D53A7">
      <w:pPr>
        <w:pStyle w:val="ListBullet"/>
        <w:rPr>
          <w:rFonts w:ascii="Times New Roman" w:eastAsia="Times New Roman" w:hAnsi="Times New Roman" w:cs="Times New Roman"/>
          <w:sz w:val="24"/>
          <w:szCs w:val="24"/>
        </w:rPr>
      </w:pPr>
      <w:r>
        <w:rPr>
          <w:rFonts w:ascii="Times New Roman" w:eastAsia="Times New Roman" w:hAnsi="Times New Roman" w:cs="Times New Roman"/>
          <w:sz w:val="24"/>
          <w:szCs w:val="24"/>
        </w:rPr>
        <w:t>Denine Goolsby will lead the icebreaker at the August meeting.</w:t>
      </w:r>
    </w:p>
    <w:p w14:paraId="79077204" w14:textId="558666A7" w:rsidR="00BD134A" w:rsidRPr="00933632" w:rsidRDefault="009D53A7" w:rsidP="00933632">
      <w:pPr>
        <w:pStyle w:val="ListBullet"/>
        <w:rPr>
          <w:rFonts w:ascii="Times New Roman" w:hAnsi="Times New Roman" w:cs="Times New Roman"/>
          <w:sz w:val="24"/>
          <w:szCs w:val="24"/>
        </w:rPr>
      </w:pPr>
      <w:r>
        <w:rPr>
          <w:rFonts w:ascii="Times New Roman" w:hAnsi="Times New Roman" w:cs="Times New Roman"/>
          <w:sz w:val="24"/>
          <w:szCs w:val="24"/>
        </w:rPr>
        <w:t>Buckeye Hope Evaluation Training (</w:t>
      </w:r>
      <w:r w:rsidR="00293A31" w:rsidRPr="00293A31">
        <w:rPr>
          <w:rFonts w:ascii="Times New Roman" w:hAnsi="Times New Roman" w:cs="Times New Roman"/>
          <w:sz w:val="24"/>
          <w:szCs w:val="24"/>
        </w:rPr>
        <w:t>Dr. Bell is leading the charge to connect directly with Buckeye Hope and publicly accessible resources</w:t>
      </w:r>
      <w:r w:rsidRPr="00293A31">
        <w:rPr>
          <w:rFonts w:ascii="Times New Roman" w:hAnsi="Times New Roman" w:cs="Times New Roman"/>
          <w:sz w:val="24"/>
          <w:szCs w:val="24"/>
        </w:rPr>
        <w:t>)</w:t>
      </w:r>
      <w:r w:rsidR="00293A31">
        <w:rPr>
          <w:rFonts w:ascii="Times New Roman" w:hAnsi="Times New Roman" w:cs="Times New Roman"/>
          <w:sz w:val="24"/>
          <w:szCs w:val="24"/>
        </w:rPr>
        <w:t>.</w:t>
      </w:r>
    </w:p>
    <w:p w14:paraId="685C5722" w14:textId="77777777" w:rsidR="009D53A7" w:rsidRDefault="009D53A7" w:rsidP="009D53A7">
      <w:pPr>
        <w:shd w:val="clear" w:color="auto" w:fill="FFFFFF"/>
        <w:rPr>
          <w:rFonts w:ascii="Times New Roman" w:eastAsia="Times New Roman" w:hAnsi="Times New Roman" w:cs="Times New Roman"/>
          <w:b/>
          <w:bCs/>
          <w:sz w:val="24"/>
          <w:szCs w:val="24"/>
        </w:rPr>
      </w:pPr>
      <w:r w:rsidRPr="009D53A7">
        <w:rPr>
          <w:rFonts w:ascii="Times New Roman" w:eastAsia="Times New Roman" w:hAnsi="Times New Roman" w:cs="Times New Roman"/>
          <w:b/>
          <w:bCs/>
          <w:sz w:val="24"/>
          <w:szCs w:val="24"/>
        </w:rPr>
        <w:t>Lawn Maintenance Services Contract</w:t>
      </w:r>
    </w:p>
    <w:p w14:paraId="1C7AEA7C" w14:textId="77777777" w:rsidR="00DA396D" w:rsidRPr="009D53A7" w:rsidRDefault="00DA396D" w:rsidP="00DA396D">
      <w:pPr>
        <w:pStyle w:val="ListBullet"/>
      </w:pPr>
      <w:r>
        <w:t xml:space="preserve">Previous lawn contract was canceled along with the triple net fees. </w:t>
      </w:r>
    </w:p>
    <w:p w14:paraId="57D37BE2" w14:textId="4250298B" w:rsidR="00DA396D" w:rsidRDefault="00DA396D" w:rsidP="00DA396D">
      <w:pPr>
        <w:pStyle w:val="ListBullet"/>
        <w:rPr>
          <w:rFonts w:ascii="Times New Roman" w:hAnsi="Times New Roman" w:cs="Times New Roman"/>
          <w:sz w:val="24"/>
          <w:szCs w:val="24"/>
        </w:rPr>
      </w:pPr>
      <w:r>
        <w:rPr>
          <w:rFonts w:ascii="Times New Roman" w:eastAsia="Times New Roman" w:hAnsi="Times New Roman" w:cs="Times New Roman"/>
          <w:sz w:val="24"/>
          <w:szCs w:val="24"/>
        </w:rPr>
        <w:t>Motivation Lawn Care Services is the</w:t>
      </w:r>
      <w:r w:rsidR="00293A31">
        <w:rPr>
          <w:rFonts w:ascii="Times New Roman" w:eastAsia="Times New Roman" w:hAnsi="Times New Roman" w:cs="Times New Roman"/>
          <w:sz w:val="24"/>
          <w:szCs w:val="24"/>
        </w:rPr>
        <w:t xml:space="preserve"> new </w:t>
      </w:r>
      <w:r>
        <w:rPr>
          <w:rFonts w:ascii="Times New Roman" w:eastAsia="Times New Roman" w:hAnsi="Times New Roman" w:cs="Times New Roman"/>
          <w:sz w:val="24"/>
          <w:szCs w:val="24"/>
        </w:rPr>
        <w:t>contractor.</w:t>
      </w:r>
    </w:p>
    <w:p w14:paraId="36EE0138" w14:textId="6C677BD6" w:rsidR="00DA396D" w:rsidRPr="00DA396D" w:rsidRDefault="00DA396D" w:rsidP="00DA396D">
      <w:pPr>
        <w:pStyle w:val="ListBullet"/>
      </w:pPr>
      <w:r>
        <w:t>Lawn service cost is $1,300</w:t>
      </w:r>
      <w:r w:rsidR="007308BE">
        <w:t xml:space="preserve"> for summer. </w:t>
      </w:r>
    </w:p>
    <w:p w14:paraId="306F39C3" w14:textId="77777777" w:rsidR="00DA396D" w:rsidRPr="00DA396D" w:rsidRDefault="00DA396D" w:rsidP="00DA396D">
      <w:pPr>
        <w:shd w:val="clear" w:color="auto" w:fill="FFFFFF"/>
        <w:spacing w:after="0" w:line="278" w:lineRule="auto"/>
        <w:rPr>
          <w:rFonts w:ascii="Times New Roman" w:eastAsia="Times New Roman" w:hAnsi="Times New Roman" w:cs="Times New Roman"/>
        </w:rPr>
      </w:pPr>
    </w:p>
    <w:p w14:paraId="6D1C14A5" w14:textId="352352EF" w:rsidR="00DA396D" w:rsidRDefault="00DA396D" w:rsidP="00DA396D">
      <w:pPr>
        <w:shd w:val="clear" w:color="auto" w:fill="FFFFFF"/>
        <w:spacing w:after="0" w:line="278" w:lineRule="auto"/>
        <w:rPr>
          <w:rFonts w:ascii="Times New Roman" w:eastAsia="Times New Roman" w:hAnsi="Times New Roman" w:cs="Times New Roman"/>
          <w:b/>
          <w:bCs/>
          <w:sz w:val="24"/>
          <w:szCs w:val="24"/>
        </w:rPr>
      </w:pPr>
      <w:r w:rsidRPr="00DA396D">
        <w:rPr>
          <w:rFonts w:ascii="Times New Roman" w:eastAsia="Times New Roman" w:hAnsi="Times New Roman" w:cs="Times New Roman"/>
          <w:b/>
          <w:bCs/>
          <w:sz w:val="24"/>
          <w:szCs w:val="24"/>
        </w:rPr>
        <w:t>Funding Updates</w:t>
      </w:r>
    </w:p>
    <w:p w14:paraId="553696D0" w14:textId="49B8E95D" w:rsidR="00DA396D" w:rsidRPr="00DA396D" w:rsidRDefault="00DA396D" w:rsidP="00DA396D">
      <w:pPr>
        <w:pStyle w:val="ListBullet"/>
      </w:pPr>
      <w:r w:rsidRPr="00DA396D">
        <w:t xml:space="preserve">New School Venture Fund: The application for $200,000 in funding was denied. </w:t>
      </w:r>
      <w:r w:rsidR="007308BE" w:rsidRPr="007308BE">
        <w:t>Add details that a revised budget will reflect new fund/revenue amounts and projections for AY2026-2027.</w:t>
      </w:r>
    </w:p>
    <w:p w14:paraId="13933E67" w14:textId="77777777" w:rsidR="00B94E5D" w:rsidRPr="00DA396D" w:rsidRDefault="00B94E5D" w:rsidP="00B94E5D">
      <w:pPr>
        <w:pStyle w:val="ListBullet"/>
      </w:pPr>
      <w:r w:rsidRPr="00DA396D">
        <w:t xml:space="preserve">Charter School Growth Fund: The application will be submitted in July, with funding decisions expected in December. The available funding opportunity is $600,000. </w:t>
      </w:r>
    </w:p>
    <w:p w14:paraId="084B95E1" w14:textId="77777777" w:rsidR="00B94E5D" w:rsidRPr="00DA396D" w:rsidRDefault="00B94E5D" w:rsidP="00B94E5D">
      <w:pPr>
        <w:pStyle w:val="ListBullet"/>
      </w:pPr>
      <w:r w:rsidRPr="00DA396D">
        <w:t>Charter Schools Program (CSP) Grant: The school is pursuing $2 million in grant funding. If awarded, these funds will support key staffing needs, including an Assistant Principal and a PRN (as-needed) Nurse, as well as other school startup expenses.</w:t>
      </w:r>
    </w:p>
    <w:p w14:paraId="24263B34" w14:textId="22F49FFE" w:rsidR="00C93E08" w:rsidRPr="00B94E5D" w:rsidRDefault="00F67470" w:rsidP="00B94E5D">
      <w:pPr>
        <w:shd w:val="clear" w:color="auto" w:fill="FFFFFF"/>
        <w:spacing w:after="0" w:line="278" w:lineRule="auto"/>
        <w:rPr>
          <w:rFonts w:ascii="Times New Roman" w:eastAsia="Times New Roman" w:hAnsi="Times New Roman" w:cs="Times New Roman"/>
        </w:rPr>
      </w:pPr>
      <w:r w:rsidRPr="00F32AB9">
        <w:rPr>
          <w:rFonts w:ascii="Times New Roman" w:hAnsi="Times New Roman" w:cs="Times New Roman"/>
          <w:b/>
          <w:sz w:val="24"/>
          <w:szCs w:val="24"/>
        </w:rPr>
        <w:br/>
        <w:t>8. Adjournment</w:t>
      </w:r>
    </w:p>
    <w:p w14:paraId="69BA0BEF" w14:textId="7BCCC3E6" w:rsidR="00C93E08" w:rsidRPr="00F32AB9" w:rsidRDefault="00F67470">
      <w:pPr>
        <w:rPr>
          <w:rFonts w:ascii="Times New Roman" w:hAnsi="Times New Roman" w:cs="Times New Roman"/>
          <w:sz w:val="24"/>
          <w:szCs w:val="24"/>
        </w:rPr>
      </w:pPr>
      <w:r w:rsidRPr="00F32AB9">
        <w:rPr>
          <w:rFonts w:ascii="Times New Roman" w:hAnsi="Times New Roman" w:cs="Times New Roman"/>
          <w:sz w:val="24"/>
          <w:szCs w:val="24"/>
        </w:rPr>
        <w:t xml:space="preserve">Meeting adjourned at </w:t>
      </w:r>
      <w:r w:rsidR="00C627C9">
        <w:rPr>
          <w:rFonts w:ascii="Times New Roman" w:hAnsi="Times New Roman" w:cs="Times New Roman"/>
          <w:sz w:val="24"/>
          <w:szCs w:val="24"/>
        </w:rPr>
        <w:t>7</w:t>
      </w:r>
      <w:r w:rsidRPr="00F32AB9">
        <w:rPr>
          <w:rFonts w:ascii="Times New Roman" w:hAnsi="Times New Roman" w:cs="Times New Roman"/>
          <w:sz w:val="24"/>
          <w:szCs w:val="24"/>
        </w:rPr>
        <w:t>:</w:t>
      </w:r>
      <w:r w:rsidR="00F32AB9" w:rsidRPr="00F32AB9">
        <w:rPr>
          <w:rFonts w:ascii="Times New Roman" w:hAnsi="Times New Roman" w:cs="Times New Roman"/>
          <w:sz w:val="24"/>
          <w:szCs w:val="24"/>
        </w:rPr>
        <w:t>2</w:t>
      </w:r>
      <w:r w:rsidR="00C627C9">
        <w:rPr>
          <w:rFonts w:ascii="Times New Roman" w:hAnsi="Times New Roman" w:cs="Times New Roman"/>
          <w:sz w:val="24"/>
          <w:szCs w:val="24"/>
        </w:rPr>
        <w:t>3</w:t>
      </w:r>
      <w:r w:rsidRPr="00F32AB9">
        <w:rPr>
          <w:rFonts w:ascii="Times New Roman" w:hAnsi="Times New Roman" w:cs="Times New Roman"/>
          <w:sz w:val="24"/>
          <w:szCs w:val="24"/>
        </w:rPr>
        <w:t xml:space="preserve"> P</w:t>
      </w:r>
      <w:r w:rsidR="00BD134A" w:rsidRPr="00F32AB9">
        <w:rPr>
          <w:rFonts w:ascii="Times New Roman" w:hAnsi="Times New Roman" w:cs="Times New Roman"/>
          <w:sz w:val="24"/>
          <w:szCs w:val="24"/>
        </w:rPr>
        <w:t>.</w:t>
      </w:r>
      <w:r w:rsidRPr="00F32AB9">
        <w:rPr>
          <w:rFonts w:ascii="Times New Roman" w:hAnsi="Times New Roman" w:cs="Times New Roman"/>
          <w:sz w:val="24"/>
          <w:szCs w:val="24"/>
        </w:rPr>
        <w:t>M.</w:t>
      </w:r>
    </w:p>
    <w:p w14:paraId="2168CC0F" w14:textId="77777777" w:rsidR="00F67470" w:rsidRPr="00F32AB9" w:rsidRDefault="000705B3" w:rsidP="00F67470">
      <w:pPr>
        <w:rPr>
          <w:rFonts w:ascii="Times New Roman" w:hAnsi="Times New Roman" w:cs="Times New Roman"/>
          <w:sz w:val="24"/>
          <w:szCs w:val="24"/>
        </w:rPr>
      </w:pPr>
      <w:r>
        <w:rPr>
          <w:rFonts w:ascii="Times New Roman" w:hAnsi="Times New Roman" w:cs="Times New Roman"/>
          <w:sz w:val="24"/>
          <w:szCs w:val="24"/>
        </w:rPr>
        <w:pict w14:anchorId="3FB73897">
          <v:rect id="_x0000_i1030" style="width:0;height:1.5pt" o:hralign="center" o:hrstd="t" o:hr="t" fillcolor="#a0a0a0" stroked="f"/>
        </w:pict>
      </w:r>
    </w:p>
    <w:p w14:paraId="4C691512" w14:textId="51E709D8" w:rsidR="00F67470" w:rsidRPr="00F32AB9" w:rsidRDefault="00F67470" w:rsidP="00F67470">
      <w:pPr>
        <w:spacing w:after="0"/>
        <w:rPr>
          <w:rFonts w:ascii="Times New Roman" w:hAnsi="Times New Roman" w:cs="Times New Roman"/>
          <w:sz w:val="24"/>
          <w:szCs w:val="24"/>
        </w:rPr>
      </w:pPr>
      <w:r w:rsidRPr="00F32AB9">
        <w:rPr>
          <w:rFonts w:ascii="Times New Roman" w:hAnsi="Times New Roman" w:cs="Times New Roman"/>
          <w:sz w:val="24"/>
          <w:szCs w:val="24"/>
        </w:rPr>
        <w:lastRenderedPageBreak/>
        <w:t xml:space="preserve">Document Prepared By: Dr. Nakia M. </w:t>
      </w:r>
      <w:r w:rsidR="00C627C9" w:rsidRPr="00F32AB9">
        <w:rPr>
          <w:rFonts w:ascii="Times New Roman" w:hAnsi="Times New Roman" w:cs="Times New Roman"/>
          <w:sz w:val="24"/>
          <w:szCs w:val="24"/>
        </w:rPr>
        <w:t>Miller _</w:t>
      </w:r>
      <w:r w:rsidRPr="00F32AB9">
        <w:rPr>
          <w:rFonts w:ascii="Times New Roman" w:hAnsi="Times New Roman" w:cs="Times New Roman"/>
          <w:sz w:val="24"/>
          <w:szCs w:val="24"/>
        </w:rPr>
        <w:t xml:space="preserve">________________________ Date: </w:t>
      </w:r>
      <w:r w:rsidR="00C627C9">
        <w:rPr>
          <w:rFonts w:ascii="Times New Roman" w:hAnsi="Times New Roman" w:cs="Times New Roman"/>
          <w:sz w:val="24"/>
          <w:szCs w:val="24"/>
        </w:rPr>
        <w:t>7</w:t>
      </w:r>
      <w:r w:rsidR="00C627C9" w:rsidRPr="00F32AB9">
        <w:rPr>
          <w:rFonts w:ascii="Times New Roman" w:hAnsi="Times New Roman" w:cs="Times New Roman"/>
          <w:sz w:val="24"/>
          <w:szCs w:val="24"/>
        </w:rPr>
        <w:t>/1</w:t>
      </w:r>
      <w:r w:rsidR="00C627C9">
        <w:rPr>
          <w:rFonts w:ascii="Times New Roman" w:hAnsi="Times New Roman" w:cs="Times New Roman"/>
          <w:sz w:val="24"/>
          <w:szCs w:val="24"/>
        </w:rPr>
        <w:t>7</w:t>
      </w:r>
      <w:r w:rsidR="00C627C9" w:rsidRPr="00F32AB9">
        <w:rPr>
          <w:rFonts w:ascii="Times New Roman" w:hAnsi="Times New Roman" w:cs="Times New Roman"/>
          <w:sz w:val="24"/>
          <w:szCs w:val="24"/>
        </w:rPr>
        <w:t>/2026.</w:t>
      </w:r>
    </w:p>
    <w:p w14:paraId="765A2129" w14:textId="35667602" w:rsidR="00F67470" w:rsidRPr="00F32AB9" w:rsidRDefault="00F67470" w:rsidP="00F67470">
      <w:pPr>
        <w:spacing w:after="0"/>
        <w:rPr>
          <w:rFonts w:ascii="Times New Roman" w:hAnsi="Times New Roman" w:cs="Times New Roman"/>
          <w:sz w:val="24"/>
          <w:szCs w:val="24"/>
        </w:rPr>
      </w:pPr>
      <w:r w:rsidRPr="00F32AB9">
        <w:rPr>
          <w:rFonts w:ascii="Times New Roman" w:hAnsi="Times New Roman" w:cs="Times New Roman"/>
          <w:sz w:val="24"/>
          <w:szCs w:val="24"/>
        </w:rPr>
        <w:t xml:space="preserve">Approving Official 1 (CEO or Board Chair): </w:t>
      </w:r>
      <w:r w:rsidR="0060456A" w:rsidRPr="0060456A">
        <w:rPr>
          <w:rFonts w:ascii="Times New Roman" w:hAnsi="Times New Roman" w:cs="Times New Roman"/>
          <w:b/>
          <w:bCs/>
          <w:i/>
          <w:iCs/>
          <w:color w:val="00B0F0"/>
          <w:sz w:val="24"/>
          <w:szCs w:val="24"/>
        </w:rPr>
        <w:t xml:space="preserve">//s// Dr. Lisa D </w:t>
      </w:r>
      <w:proofErr w:type="spellStart"/>
      <w:r w:rsidR="0060456A" w:rsidRPr="0060456A">
        <w:rPr>
          <w:rFonts w:ascii="Times New Roman" w:hAnsi="Times New Roman" w:cs="Times New Roman"/>
          <w:b/>
          <w:bCs/>
          <w:i/>
          <w:iCs/>
          <w:color w:val="00B0F0"/>
          <w:sz w:val="24"/>
          <w:szCs w:val="24"/>
        </w:rPr>
        <w:t>Bell</w:t>
      </w:r>
      <w:r w:rsidRPr="00F32AB9">
        <w:rPr>
          <w:rFonts w:ascii="Times New Roman" w:hAnsi="Times New Roman" w:cs="Times New Roman"/>
          <w:sz w:val="24"/>
          <w:szCs w:val="24"/>
        </w:rPr>
        <w:t>_____Date</w:t>
      </w:r>
      <w:proofErr w:type="spellEnd"/>
      <w:r w:rsidRPr="00F32AB9">
        <w:rPr>
          <w:rFonts w:ascii="Times New Roman" w:hAnsi="Times New Roman" w:cs="Times New Roman"/>
          <w:sz w:val="24"/>
          <w:szCs w:val="24"/>
        </w:rPr>
        <w:t>: __</w:t>
      </w:r>
      <w:r w:rsidR="0060456A" w:rsidRPr="0060456A">
        <w:rPr>
          <w:rFonts w:ascii="Times New Roman" w:hAnsi="Times New Roman" w:cs="Times New Roman"/>
          <w:b/>
          <w:bCs/>
          <w:i/>
          <w:iCs/>
          <w:color w:val="00B0F0"/>
          <w:sz w:val="24"/>
          <w:szCs w:val="24"/>
        </w:rPr>
        <w:t>7/23/26</w:t>
      </w:r>
      <w:r w:rsidRPr="00F32AB9">
        <w:rPr>
          <w:rFonts w:ascii="Times New Roman" w:hAnsi="Times New Roman" w:cs="Times New Roman"/>
          <w:sz w:val="24"/>
          <w:szCs w:val="24"/>
        </w:rPr>
        <w:t>_______</w:t>
      </w:r>
    </w:p>
    <w:p w14:paraId="72C2B563" w14:textId="3952AF94" w:rsidR="00F67470" w:rsidRPr="00F32AB9" w:rsidRDefault="00F67470" w:rsidP="00C627C9">
      <w:pPr>
        <w:spacing w:after="0"/>
        <w:rPr>
          <w:rFonts w:ascii="Times New Roman" w:hAnsi="Times New Roman" w:cs="Times New Roman"/>
          <w:sz w:val="24"/>
          <w:szCs w:val="24"/>
        </w:rPr>
      </w:pPr>
      <w:r w:rsidRPr="00F32AB9">
        <w:rPr>
          <w:rFonts w:ascii="Times New Roman" w:hAnsi="Times New Roman" w:cs="Times New Roman"/>
          <w:sz w:val="24"/>
          <w:szCs w:val="24"/>
        </w:rPr>
        <w:t>Approving Official 2 (President or VP): _______________________________Date: _________</w:t>
      </w:r>
    </w:p>
    <w:sectPr w:rsidR="00F67470" w:rsidRPr="00F32AB9"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0B8EF14"/>
    <w:lvl w:ilvl="0">
      <w:start w:val="1"/>
      <w:numFmt w:val="bullet"/>
      <w:pStyle w:val="ListBullet"/>
      <w:lvlText w:val=""/>
      <w:lvlJc w:val="left"/>
      <w:pPr>
        <w:tabs>
          <w:tab w:val="num" w:pos="1440"/>
        </w:tabs>
        <w:ind w:left="1440" w:hanging="360"/>
      </w:pPr>
      <w:rPr>
        <w:rFonts w:ascii="Symbol" w:hAnsi="Symbol" w:hint="default"/>
      </w:rPr>
    </w:lvl>
  </w:abstractNum>
  <w:abstractNum w:abstractNumId="9" w15:restartNumberingAfterBreak="0">
    <w:nsid w:val="0DAF1AF1"/>
    <w:multiLevelType w:val="multilevel"/>
    <w:tmpl w:val="6962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875080"/>
    <w:multiLevelType w:val="multilevel"/>
    <w:tmpl w:val="220ED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2F5B66"/>
    <w:multiLevelType w:val="multilevel"/>
    <w:tmpl w:val="38CE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8D2919"/>
    <w:multiLevelType w:val="multilevel"/>
    <w:tmpl w:val="B0D68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063CB"/>
    <w:multiLevelType w:val="multilevel"/>
    <w:tmpl w:val="4102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266218"/>
    <w:multiLevelType w:val="multilevel"/>
    <w:tmpl w:val="E226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8270352">
    <w:abstractNumId w:val="8"/>
  </w:num>
  <w:num w:numId="2" w16cid:durableId="973681285">
    <w:abstractNumId w:val="6"/>
  </w:num>
  <w:num w:numId="3" w16cid:durableId="490633339">
    <w:abstractNumId w:val="5"/>
  </w:num>
  <w:num w:numId="4" w16cid:durableId="1034576141">
    <w:abstractNumId w:val="4"/>
  </w:num>
  <w:num w:numId="5" w16cid:durableId="356659171">
    <w:abstractNumId w:val="7"/>
  </w:num>
  <w:num w:numId="6" w16cid:durableId="1769348908">
    <w:abstractNumId w:val="3"/>
  </w:num>
  <w:num w:numId="7" w16cid:durableId="1072191032">
    <w:abstractNumId w:val="2"/>
  </w:num>
  <w:num w:numId="8" w16cid:durableId="177276434">
    <w:abstractNumId w:val="1"/>
  </w:num>
  <w:num w:numId="9" w16cid:durableId="639920845">
    <w:abstractNumId w:val="0"/>
  </w:num>
  <w:num w:numId="10" w16cid:durableId="665674749">
    <w:abstractNumId w:val="13"/>
  </w:num>
  <w:num w:numId="11" w16cid:durableId="2117407488">
    <w:abstractNumId w:val="12"/>
  </w:num>
  <w:num w:numId="12" w16cid:durableId="1376004364">
    <w:abstractNumId w:val="10"/>
  </w:num>
  <w:num w:numId="13" w16cid:durableId="2051031898">
    <w:abstractNumId w:val="11"/>
  </w:num>
  <w:num w:numId="14" w16cid:durableId="1849250199">
    <w:abstractNumId w:val="14"/>
  </w:num>
  <w:num w:numId="15" w16cid:durableId="13931908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4FA"/>
    <w:rsid w:val="000B5AE4"/>
    <w:rsid w:val="000F2D74"/>
    <w:rsid w:val="0015074B"/>
    <w:rsid w:val="00152375"/>
    <w:rsid w:val="001964CE"/>
    <w:rsid w:val="00257922"/>
    <w:rsid w:val="00293A31"/>
    <w:rsid w:val="0029639D"/>
    <w:rsid w:val="00326F90"/>
    <w:rsid w:val="00410D6F"/>
    <w:rsid w:val="00420068"/>
    <w:rsid w:val="004479C4"/>
    <w:rsid w:val="004543E0"/>
    <w:rsid w:val="004B0E2C"/>
    <w:rsid w:val="005B4483"/>
    <w:rsid w:val="005D28A1"/>
    <w:rsid w:val="0060456A"/>
    <w:rsid w:val="00711BAD"/>
    <w:rsid w:val="007308BE"/>
    <w:rsid w:val="00772FDD"/>
    <w:rsid w:val="00845C47"/>
    <w:rsid w:val="00852A47"/>
    <w:rsid w:val="00897BF8"/>
    <w:rsid w:val="00933632"/>
    <w:rsid w:val="009D53A7"/>
    <w:rsid w:val="00A70E0C"/>
    <w:rsid w:val="00A77952"/>
    <w:rsid w:val="00AA1D8D"/>
    <w:rsid w:val="00B47730"/>
    <w:rsid w:val="00B874FE"/>
    <w:rsid w:val="00B94E5D"/>
    <w:rsid w:val="00B95A17"/>
    <w:rsid w:val="00BB1811"/>
    <w:rsid w:val="00BD134A"/>
    <w:rsid w:val="00C627C9"/>
    <w:rsid w:val="00C93E08"/>
    <w:rsid w:val="00CB0664"/>
    <w:rsid w:val="00CF50D2"/>
    <w:rsid w:val="00DA396D"/>
    <w:rsid w:val="00E0799A"/>
    <w:rsid w:val="00E37ADB"/>
    <w:rsid w:val="00E95DE5"/>
    <w:rsid w:val="00EB0F52"/>
    <w:rsid w:val="00F32AB9"/>
    <w:rsid w:val="00F674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F4AA70"/>
  <w14:defaultImageDpi w14:val="300"/>
  <w15:docId w15:val="{9DA0411B-738B-4A59-AC3B-7B0A9F9C6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tabs>
        <w:tab w:val="num" w:pos="360"/>
      </w:tabs>
      <w:ind w:left="3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whitespace-normal">
    <w:name w:val="whitespace-normal"/>
    <w:basedOn w:val="DefaultParagraphFont"/>
    <w:rsid w:val="000F2D74"/>
  </w:style>
  <w:style w:type="character" w:styleId="Hyperlink">
    <w:name w:val="Hyperlink"/>
    <w:basedOn w:val="DefaultParagraphFont"/>
    <w:uiPriority w:val="99"/>
    <w:unhideWhenUsed/>
    <w:rsid w:val="004479C4"/>
    <w:rPr>
      <w:color w:val="0000FF"/>
      <w:u w:val="single"/>
    </w:rPr>
  </w:style>
  <w:style w:type="character" w:styleId="CommentReference">
    <w:name w:val="annotation reference"/>
    <w:basedOn w:val="DefaultParagraphFont"/>
    <w:uiPriority w:val="99"/>
    <w:semiHidden/>
    <w:unhideWhenUsed/>
    <w:rsid w:val="00B874FE"/>
    <w:rPr>
      <w:sz w:val="16"/>
      <w:szCs w:val="16"/>
    </w:rPr>
  </w:style>
  <w:style w:type="paragraph" w:styleId="CommentText">
    <w:name w:val="annotation text"/>
    <w:basedOn w:val="Normal"/>
    <w:link w:val="CommentTextChar"/>
    <w:uiPriority w:val="99"/>
    <w:unhideWhenUsed/>
    <w:rsid w:val="00B874FE"/>
    <w:pPr>
      <w:spacing w:line="240" w:lineRule="auto"/>
    </w:pPr>
    <w:rPr>
      <w:sz w:val="20"/>
      <w:szCs w:val="20"/>
    </w:rPr>
  </w:style>
  <w:style w:type="character" w:customStyle="1" w:styleId="CommentTextChar">
    <w:name w:val="Comment Text Char"/>
    <w:basedOn w:val="DefaultParagraphFont"/>
    <w:link w:val="CommentText"/>
    <w:uiPriority w:val="99"/>
    <w:rsid w:val="00B874FE"/>
    <w:rPr>
      <w:sz w:val="20"/>
      <w:szCs w:val="20"/>
    </w:rPr>
  </w:style>
  <w:style w:type="paragraph" w:styleId="CommentSubject">
    <w:name w:val="annotation subject"/>
    <w:basedOn w:val="CommentText"/>
    <w:next w:val="CommentText"/>
    <w:link w:val="CommentSubjectChar"/>
    <w:uiPriority w:val="99"/>
    <w:semiHidden/>
    <w:unhideWhenUsed/>
    <w:rsid w:val="00B874FE"/>
    <w:rPr>
      <w:b/>
      <w:bCs/>
    </w:rPr>
  </w:style>
  <w:style w:type="character" w:customStyle="1" w:styleId="CommentSubjectChar">
    <w:name w:val="Comment Subject Char"/>
    <w:basedOn w:val="CommentTextChar"/>
    <w:link w:val="CommentSubject"/>
    <w:uiPriority w:val="99"/>
    <w:semiHidden/>
    <w:rsid w:val="00B874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bing.com/ck/a?!&amp;&amp;p=02fa7693137da10763b094beeadc3a2bf5b7b6ad11ad3548623fe74bf379f834JmltdHM9MTc4MzEyMzIwMA&amp;ptn=3&amp;ver=2&amp;hsh=4&amp;fclid=21414a43-89c9-68d6-15a9-5c4688136944&amp;u=a1L21hcHM_Jm1lcGk9MH5-RW1iZWRkZWR-QWRkcmVzc19MaW5rJnR5PTE4JnE9QmVhY2h3b29kJTIwQnJhbmNoJnNzPXlwaWQuWU5EMjI2NkM0OURFREE0NzY5JnBwb2lzPTQxLjQ3OTg4ODkxNjAxNTYyNV8tODEuNDk4NDUxMjMyOTEwMTZfQmVhY2h3b29kJTIwQnJhbmNoX1lORDIyNjZDNDlERURBNDc2OX4mY3A9NDEuNDc5ODg5fi04MS40OTg0NTEmdj0yJnNWPTEmRk9STT1NUFNSUEw&amp;ntb=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26DBF-2B3A-4FB2-9502-D166366DB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Lisa Bell</cp:lastModifiedBy>
  <cp:revision>2</cp:revision>
  <cp:lastPrinted>2026-07-14T21:24:00Z</cp:lastPrinted>
  <dcterms:created xsi:type="dcterms:W3CDTF">2026-07-23T14:34:00Z</dcterms:created>
  <dcterms:modified xsi:type="dcterms:W3CDTF">2026-07-23T14:34:00Z</dcterms:modified>
  <cp:category/>
</cp:coreProperties>
</file>